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E9477A" w14:textId="77777777" w:rsidR="00D312E9" w:rsidRDefault="00D312E9" w:rsidP="001608C6">
      <w:pPr>
        <w:spacing w:after="80"/>
        <w:jc w:val="center"/>
        <w:rPr>
          <w:b/>
          <w:sz w:val="26"/>
        </w:rPr>
      </w:pPr>
    </w:p>
    <w:p w14:paraId="1ED353C9" w14:textId="77777777" w:rsidR="00D312E9" w:rsidRDefault="00D312E9" w:rsidP="001608C6">
      <w:pPr>
        <w:spacing w:after="80"/>
        <w:jc w:val="center"/>
        <w:rPr>
          <w:b/>
          <w:sz w:val="26"/>
        </w:rPr>
      </w:pPr>
    </w:p>
    <w:p w14:paraId="0F9B165A" w14:textId="2E6CCBCD" w:rsidR="00BA1BB4" w:rsidRDefault="00D312E9" w:rsidP="001608C6">
      <w:pPr>
        <w:spacing w:after="80"/>
        <w:jc w:val="center"/>
      </w:pPr>
      <w:r>
        <w:rPr>
          <w:b/>
          <w:noProof/>
          <w:sz w:val="26"/>
        </w:rPr>
        <w:drawing>
          <wp:anchor distT="0" distB="0" distL="114300" distR="114300" simplePos="0" relativeHeight="251658240" behindDoc="1" locked="0" layoutInCell="1" allowOverlap="1" wp14:anchorId="60924313" wp14:editId="63A0FC3B">
            <wp:simplePos x="0" y="0"/>
            <wp:positionH relativeFrom="margin">
              <wp:align>left</wp:align>
            </wp:positionH>
            <wp:positionV relativeFrom="margin">
              <wp:align>top</wp:align>
            </wp:positionV>
            <wp:extent cx="1943100" cy="665817"/>
            <wp:effectExtent l="0" t="0" r="0" b="0"/>
            <wp:wrapNone/>
            <wp:docPr id="48343943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439431" name="Kép 483439431"/>
                    <pic:cNvPicPr/>
                  </pic:nvPicPr>
                  <pic:blipFill>
                    <a:blip r:embed="rId6"/>
                    <a:stretch>
                      <a:fillRect/>
                    </a:stretch>
                  </pic:blipFill>
                  <pic:spPr>
                    <a:xfrm>
                      <a:off x="0" y="0"/>
                      <a:ext cx="1943100" cy="665817"/>
                    </a:xfrm>
                    <a:prstGeom prst="rect">
                      <a:avLst/>
                    </a:prstGeom>
                  </pic:spPr>
                </pic:pic>
              </a:graphicData>
            </a:graphic>
          </wp:anchor>
        </w:drawing>
      </w:r>
      <w:r w:rsidR="001608C6">
        <w:rPr>
          <w:b/>
          <w:sz w:val="26"/>
        </w:rPr>
        <w:t>BÉRLETI SZERZŐDÉS / RENTAL AGREEMENT</w:t>
      </w:r>
    </w:p>
    <w:tbl>
      <w:tblPr>
        <w:tblW w:w="15478" w:type="dxa"/>
        <w:jc w:val="center"/>
        <w:tblLayout w:type="fixed"/>
        <w:tblLook w:val="04A0" w:firstRow="1" w:lastRow="0" w:firstColumn="1" w:lastColumn="0" w:noHBand="0" w:noVBand="1"/>
      </w:tblPr>
      <w:tblGrid>
        <w:gridCol w:w="7739"/>
        <w:gridCol w:w="7739"/>
      </w:tblGrid>
      <w:tr w:rsidR="00BA1BB4" w14:paraId="6A7BA550" w14:textId="77777777" w:rsidTr="004D2E6C">
        <w:trPr>
          <w:tblHeader/>
          <w:jc w:val="center"/>
        </w:trPr>
        <w:tc>
          <w:tcPr>
            <w:tcW w:w="7739" w:type="dxa"/>
            <w:tcBorders>
              <w:top w:val="single" w:sz="10" w:space="0" w:color="7F7F7F"/>
              <w:left w:val="single" w:sz="10" w:space="0" w:color="7F7F7F"/>
              <w:bottom w:val="single" w:sz="10" w:space="0" w:color="7F7F7F"/>
              <w:right w:val="single" w:sz="10" w:space="0" w:color="7F7F7F"/>
            </w:tcBorders>
            <w:shd w:val="clear" w:color="auto" w:fill="D9E2F3"/>
            <w:tcMar>
              <w:top w:w="80" w:type="dxa"/>
              <w:left w:w="110" w:type="dxa"/>
              <w:bottom w:w="80" w:type="dxa"/>
              <w:right w:w="110" w:type="dxa"/>
            </w:tcMar>
            <w:vAlign w:val="center"/>
          </w:tcPr>
          <w:p w14:paraId="4BB537D6" w14:textId="77777777" w:rsidR="00BA1BB4" w:rsidRDefault="00000000">
            <w:pPr>
              <w:jc w:val="center"/>
            </w:pPr>
            <w:r>
              <w:rPr>
                <w:b/>
                <w:sz w:val="20"/>
              </w:rPr>
              <w:t>Magyar</w:t>
            </w:r>
          </w:p>
        </w:tc>
        <w:tc>
          <w:tcPr>
            <w:tcW w:w="7739" w:type="dxa"/>
            <w:tcBorders>
              <w:top w:val="single" w:sz="10" w:space="0" w:color="7F7F7F"/>
              <w:left w:val="single" w:sz="10" w:space="0" w:color="7F7F7F"/>
              <w:bottom w:val="single" w:sz="10" w:space="0" w:color="7F7F7F"/>
              <w:right w:val="single" w:sz="10" w:space="0" w:color="7F7F7F"/>
            </w:tcBorders>
            <w:shd w:val="clear" w:color="auto" w:fill="D9E2F3"/>
            <w:tcMar>
              <w:top w:w="80" w:type="dxa"/>
              <w:left w:w="110" w:type="dxa"/>
              <w:bottom w:w="80" w:type="dxa"/>
              <w:right w:w="110" w:type="dxa"/>
            </w:tcMar>
            <w:vAlign w:val="center"/>
          </w:tcPr>
          <w:p w14:paraId="022BEEFA" w14:textId="77777777" w:rsidR="00BA1BB4" w:rsidRDefault="00000000">
            <w:pPr>
              <w:jc w:val="center"/>
            </w:pPr>
            <w:r>
              <w:rPr>
                <w:b/>
                <w:sz w:val="20"/>
              </w:rPr>
              <w:t>English</w:t>
            </w:r>
          </w:p>
        </w:tc>
      </w:tr>
      <w:tr w:rsidR="00BA1BB4" w14:paraId="0EE232F8"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shd w:val="clear" w:color="auto" w:fill="F7F7F7"/>
            <w:tcMar>
              <w:top w:w="80" w:type="dxa"/>
              <w:left w:w="110" w:type="dxa"/>
              <w:bottom w:w="80" w:type="dxa"/>
              <w:right w:w="110" w:type="dxa"/>
            </w:tcMar>
          </w:tcPr>
          <w:p w14:paraId="2481EC9F" w14:textId="77777777" w:rsidR="00BA1BB4" w:rsidRDefault="00000000">
            <w:pPr>
              <w:spacing w:after="0" w:line="240" w:lineRule="auto"/>
              <w:jc w:val="center"/>
            </w:pPr>
            <w:r>
              <w:rPr>
                <w:b/>
                <w:sz w:val="24"/>
              </w:rPr>
              <w:t>BÉRLETI SZERZŐDÉS</w:t>
            </w:r>
          </w:p>
        </w:tc>
        <w:tc>
          <w:tcPr>
            <w:tcW w:w="7739" w:type="dxa"/>
            <w:tcBorders>
              <w:top w:val="single" w:sz="4" w:space="0" w:color="D0D0D0"/>
              <w:left w:val="single" w:sz="4" w:space="0" w:color="D0D0D0"/>
              <w:bottom w:val="single" w:sz="4" w:space="0" w:color="D0D0D0"/>
              <w:right w:val="single" w:sz="4" w:space="0" w:color="D0D0D0"/>
            </w:tcBorders>
            <w:shd w:val="clear" w:color="auto" w:fill="F7F7F7"/>
            <w:tcMar>
              <w:top w:w="80" w:type="dxa"/>
              <w:left w:w="110" w:type="dxa"/>
              <w:bottom w:w="80" w:type="dxa"/>
              <w:right w:w="110" w:type="dxa"/>
            </w:tcMar>
          </w:tcPr>
          <w:p w14:paraId="275F523A" w14:textId="77777777" w:rsidR="00BA1BB4" w:rsidRDefault="00000000">
            <w:pPr>
              <w:spacing w:after="0" w:line="240" w:lineRule="auto"/>
              <w:jc w:val="center"/>
            </w:pPr>
            <w:r>
              <w:rPr>
                <w:b/>
                <w:sz w:val="24"/>
              </w:rPr>
              <w:t>RENTAL AGREEMENT</w:t>
            </w:r>
          </w:p>
        </w:tc>
      </w:tr>
      <w:tr w:rsidR="00BA1BB4" w14:paraId="04F0004D"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6CA1AE7" w14:textId="77777777" w:rsidR="00BA1BB4" w:rsidRDefault="00000000">
            <w:pPr>
              <w:spacing w:after="0" w:line="240" w:lineRule="auto"/>
            </w:pPr>
            <w:proofErr w:type="spellStart"/>
            <w:r>
              <w:t>mely</w:t>
            </w:r>
            <w:proofErr w:type="spellEnd"/>
            <w:r>
              <w:t xml:space="preserve"> </w:t>
            </w:r>
            <w:proofErr w:type="spellStart"/>
            <w:r>
              <w:t>létrejött</w:t>
            </w:r>
            <w:proofErr w:type="spellEnd"/>
            <w:r>
              <w:t xml:space="preserve"> </w:t>
            </w:r>
            <w:proofErr w:type="spellStart"/>
            <w:r>
              <w:t>egyrészről</w:t>
            </w:r>
            <w:proofErr w:type="spellEnd"/>
            <w:r>
              <w:t xml:space="preserve"> a </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276DC58" w14:textId="77777777" w:rsidR="00BA1BB4" w:rsidRDefault="00000000">
            <w:pPr>
              <w:spacing w:after="0" w:line="240" w:lineRule="auto"/>
            </w:pPr>
            <w:r>
              <w:t>concluded on the one part by</w:t>
            </w:r>
          </w:p>
        </w:tc>
      </w:tr>
      <w:tr w:rsidR="00BA1BB4" w14:paraId="023F9D09"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64845C5" w14:textId="77777777" w:rsidR="00BA1BB4" w:rsidRDefault="00000000">
            <w:pPr>
              <w:spacing w:after="0" w:line="240" w:lineRule="auto"/>
            </w:pPr>
            <w:r>
              <w:t xml:space="preserve">HTR Rent </w:t>
            </w:r>
            <w:proofErr w:type="spellStart"/>
            <w:r>
              <w:t>Korlátolt</w:t>
            </w:r>
            <w:proofErr w:type="spellEnd"/>
            <w:r>
              <w:t xml:space="preserve"> </w:t>
            </w:r>
            <w:proofErr w:type="spellStart"/>
            <w:r>
              <w:t>Felelősségű</w:t>
            </w:r>
            <w:proofErr w:type="spellEnd"/>
            <w:r>
              <w:t xml:space="preserve"> </w:t>
            </w:r>
            <w:proofErr w:type="spellStart"/>
            <w:r>
              <w:t>Társaság</w:t>
            </w:r>
            <w:proofErr w:type="spellEnd"/>
            <w:r>
              <w:t xml:space="preserve"> </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DA94819" w14:textId="77777777" w:rsidR="00BA1BB4" w:rsidRDefault="00000000">
            <w:pPr>
              <w:spacing w:after="0" w:line="240" w:lineRule="auto"/>
            </w:pPr>
            <w:r>
              <w:t>HTR Rent Limited Liability Company</w:t>
            </w:r>
          </w:p>
        </w:tc>
      </w:tr>
      <w:tr w:rsidR="00BA1BB4" w14:paraId="16DE6617"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D780D5A" w14:textId="77777777" w:rsidR="00BA1BB4" w:rsidRDefault="00000000">
            <w:pPr>
              <w:spacing w:after="0" w:line="240" w:lineRule="auto"/>
            </w:pPr>
            <w:proofErr w:type="spellStart"/>
            <w:r>
              <w:t>Székhely</w:t>
            </w:r>
            <w:proofErr w:type="spellEnd"/>
            <w:r>
              <w:t xml:space="preserve">: 2011 </w:t>
            </w:r>
            <w:proofErr w:type="spellStart"/>
            <w:r>
              <w:t>Budakalász</w:t>
            </w:r>
            <w:proofErr w:type="spellEnd"/>
            <w:r>
              <w:t xml:space="preserve">, </w:t>
            </w:r>
            <w:proofErr w:type="spellStart"/>
            <w:r>
              <w:t>Kanonok</w:t>
            </w:r>
            <w:proofErr w:type="spellEnd"/>
            <w:r>
              <w:t xml:space="preserve"> </w:t>
            </w:r>
            <w:proofErr w:type="spellStart"/>
            <w:r>
              <w:t>utca</w:t>
            </w:r>
            <w:proofErr w:type="spellEnd"/>
            <w:r>
              <w:t xml:space="preserve"> 7.</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1A5208B" w14:textId="77777777" w:rsidR="00BA1BB4" w:rsidRDefault="00000000">
            <w:pPr>
              <w:spacing w:after="0" w:line="240" w:lineRule="auto"/>
            </w:pPr>
            <w:r>
              <w:t xml:space="preserve">Registered office: 7 </w:t>
            </w:r>
            <w:proofErr w:type="spellStart"/>
            <w:r>
              <w:t>Kanonok</w:t>
            </w:r>
            <w:proofErr w:type="spellEnd"/>
            <w:r>
              <w:t xml:space="preserve"> Street, </w:t>
            </w:r>
            <w:proofErr w:type="spellStart"/>
            <w:r>
              <w:t>Budakalász</w:t>
            </w:r>
            <w:proofErr w:type="spellEnd"/>
            <w:r>
              <w:t xml:space="preserve"> 2011, Hungary.</w:t>
            </w:r>
          </w:p>
        </w:tc>
      </w:tr>
      <w:tr w:rsidR="00BA1BB4" w14:paraId="2419438F"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CFF41EA" w14:textId="77777777" w:rsidR="00BA1BB4" w:rsidRDefault="00000000">
            <w:pPr>
              <w:spacing w:after="0" w:line="240" w:lineRule="auto"/>
            </w:pPr>
            <w:proofErr w:type="spellStart"/>
            <w:r>
              <w:t>Cégjegyzékszám</w:t>
            </w:r>
            <w:proofErr w:type="spellEnd"/>
            <w:r>
              <w:t>: 13 09 221470</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790ABBE" w14:textId="77777777" w:rsidR="00BA1BB4" w:rsidRDefault="00000000">
            <w:pPr>
              <w:spacing w:after="0" w:line="240" w:lineRule="auto"/>
            </w:pPr>
            <w:r>
              <w:t>Company registration number: 13 09 221470</w:t>
            </w:r>
          </w:p>
        </w:tc>
      </w:tr>
      <w:tr w:rsidR="00BA1BB4" w14:paraId="2A8E7FAF"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8418CE1" w14:textId="77777777" w:rsidR="00BA1BB4" w:rsidRDefault="00000000">
            <w:pPr>
              <w:spacing w:after="0" w:line="240" w:lineRule="auto"/>
            </w:pPr>
            <w:proofErr w:type="spellStart"/>
            <w:r>
              <w:t>Adószám</w:t>
            </w:r>
            <w:proofErr w:type="spellEnd"/>
            <w:r>
              <w:t>: 32029037-1-13</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5C67BF8" w14:textId="77777777" w:rsidR="00BA1BB4" w:rsidRDefault="00000000">
            <w:pPr>
              <w:spacing w:after="0" w:line="240" w:lineRule="auto"/>
            </w:pPr>
            <w:r>
              <w:t>Tax number: 32029037-1-13</w:t>
            </w:r>
          </w:p>
        </w:tc>
      </w:tr>
      <w:tr w:rsidR="00BA1BB4" w14:paraId="05D82794"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7C524F5" w14:textId="77777777" w:rsidR="00BA1BB4" w:rsidRDefault="00000000">
            <w:pPr>
              <w:spacing w:after="0" w:line="240" w:lineRule="auto"/>
            </w:pPr>
            <w:proofErr w:type="spellStart"/>
            <w:r>
              <w:t>Képviseletében</w:t>
            </w:r>
            <w:proofErr w:type="spellEnd"/>
            <w:r>
              <w:t xml:space="preserve"> </w:t>
            </w:r>
            <w:proofErr w:type="spellStart"/>
            <w:r>
              <w:t>eljár</w:t>
            </w:r>
            <w:proofErr w:type="spellEnd"/>
            <w:r>
              <w:t xml:space="preserve">: </w:t>
            </w:r>
            <w:proofErr w:type="spellStart"/>
            <w:r>
              <w:t>Nietsch</w:t>
            </w:r>
            <w:proofErr w:type="spellEnd"/>
            <w:r>
              <w:t xml:space="preserve"> Péter </w:t>
            </w:r>
            <w:proofErr w:type="spellStart"/>
            <w:r>
              <w:t>ügyvezető</w:t>
            </w:r>
            <w:proofErr w:type="spellEnd"/>
            <w:r>
              <w:t xml:space="preserve"> </w:t>
            </w:r>
            <w:proofErr w:type="spellStart"/>
            <w:r>
              <w:t>önállóan</w:t>
            </w:r>
            <w:proofErr w:type="spellEnd"/>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1279051" w14:textId="77777777" w:rsidR="00BA1BB4" w:rsidRDefault="00000000">
            <w:pPr>
              <w:spacing w:after="0" w:line="240" w:lineRule="auto"/>
            </w:pPr>
            <w:r>
              <w:t>Represented by: P</w:t>
            </w:r>
            <w:r w:rsidR="00F172AB">
              <w:t>e</w:t>
            </w:r>
            <w:r>
              <w:t xml:space="preserve">ter </w:t>
            </w:r>
            <w:proofErr w:type="spellStart"/>
            <w:r>
              <w:t>Nietsch</w:t>
            </w:r>
            <w:proofErr w:type="spellEnd"/>
            <w:r>
              <w:t>, managing director, acting independently</w:t>
            </w:r>
          </w:p>
        </w:tc>
      </w:tr>
      <w:tr w:rsidR="00BA1BB4" w14:paraId="53DE47F0"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0731C6D" w14:textId="77777777" w:rsidR="00BA1BB4" w:rsidRDefault="00000000">
            <w:pPr>
              <w:spacing w:after="0" w:line="240" w:lineRule="auto"/>
            </w:pPr>
            <w:r>
              <w:t xml:space="preserve">mint </w:t>
            </w:r>
            <w:proofErr w:type="spellStart"/>
            <w:r>
              <w:t>Bérbeadó</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B165C42" w14:textId="77777777" w:rsidR="00BA1BB4" w:rsidRDefault="00000000">
            <w:pPr>
              <w:spacing w:after="0" w:line="240" w:lineRule="auto"/>
            </w:pPr>
            <w:r>
              <w:t>as Lessor,</w:t>
            </w:r>
          </w:p>
        </w:tc>
      </w:tr>
      <w:tr w:rsidR="00BA1BB4" w14:paraId="698EB015"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17A94B0" w14:textId="77777777" w:rsidR="00BA1BB4" w:rsidRDefault="00000000">
            <w:pPr>
              <w:spacing w:after="0" w:line="240" w:lineRule="auto"/>
            </w:pPr>
            <w:proofErr w:type="spellStart"/>
            <w:r>
              <w:t>másrészről</w:t>
            </w:r>
            <w:proofErr w:type="spellEnd"/>
            <w:r>
              <w:t xml:space="preserve"> a </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6A6D6E4" w14:textId="77777777" w:rsidR="00BA1BB4" w:rsidRDefault="00000000">
            <w:pPr>
              <w:spacing w:after="0" w:line="240" w:lineRule="auto"/>
            </w:pPr>
            <w:r>
              <w:t>and on the other part by</w:t>
            </w:r>
          </w:p>
        </w:tc>
      </w:tr>
      <w:tr w:rsidR="00BA1BB4" w14:paraId="330FEEA8"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2060BDE" w14:textId="773E764B" w:rsidR="00BA1BB4" w:rsidRPr="004D2E6C" w:rsidRDefault="004035F1">
            <w:pPr>
              <w:spacing w:after="0" w:line="240" w:lineRule="auto"/>
              <w:rPr>
                <w:color w:val="000000" w:themeColor="text1"/>
              </w:rPr>
            </w:pPr>
            <w:bookmarkStart w:id="0" w:name="LESSEE_NAME"/>
            <w:proofErr w:type="spellStart"/>
            <w:r>
              <w:rPr>
                <w:color w:val="000000" w:themeColor="text1"/>
              </w:rPr>
              <w:t>Név</w:t>
            </w:r>
            <w:proofErr w:type="spellEnd"/>
            <w:r>
              <w:rPr>
                <w:color w:val="000000" w:themeColor="text1"/>
              </w:rPr>
              <w:t xml:space="preserve">: </w:t>
            </w:r>
            <w:r w:rsidR="001E36F2">
              <w:rPr>
                <w:color w:val="000000" w:themeColor="text1"/>
              </w:rPr>
              <w:t xml:space="preserve"> </w:t>
            </w:r>
            <w:sdt>
              <w:sdtPr>
                <w:rPr>
                  <w:color w:val="000000" w:themeColor="text1"/>
                </w:rPr>
                <w:alias w:val="LESSEE_NAME"/>
                <w:tag w:val="LESSEE_NAME"/>
                <w:id w:val="-1789112160"/>
                <w:showingPlcHdr/>
                <w:text/>
              </w:sdtPr>
              <w:sdtContent>
                <w:r w:rsidR="00D312E9">
                  <w:rPr>
                    <w:color w:val="000000" w:themeColor="text1"/>
                  </w:rPr>
                  <w:t xml:space="preserve">     </w:t>
                </w:r>
              </w:sdtContent>
            </w:sdt>
            <w:bookmarkEnd w:id="0"/>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D020F40" w14:textId="0065070A" w:rsidR="00BA1BB4" w:rsidRPr="004D2E6C" w:rsidRDefault="004035F1">
            <w:pPr>
              <w:spacing w:after="0" w:line="240" w:lineRule="auto"/>
              <w:rPr>
                <w:color w:val="000000" w:themeColor="text1"/>
              </w:rPr>
            </w:pPr>
            <w:r>
              <w:rPr>
                <w:color w:val="000000" w:themeColor="text1"/>
              </w:rPr>
              <w:t xml:space="preserve">Name: </w:t>
            </w:r>
            <w:r w:rsidR="001E36F2">
              <w:rPr>
                <w:color w:val="000000" w:themeColor="text1"/>
              </w:rPr>
              <w:t xml:space="preserve"> </w:t>
            </w:r>
            <w:r w:rsidR="001E36F2" w:rsidRPr="004D2E6C">
              <w:rPr>
                <w:color w:val="000000" w:themeColor="text1"/>
              </w:rPr>
              <w:fldChar w:fldCharType="begin"/>
            </w:r>
            <w:r w:rsidR="001E36F2" w:rsidRPr="004D2E6C">
              <w:rPr>
                <w:color w:val="000000" w:themeColor="text1"/>
              </w:rPr>
              <w:instrText xml:space="preserve"> REF LESSEE_NAME \h </w:instrText>
            </w:r>
            <w:r w:rsidR="001E36F2" w:rsidRPr="004D2E6C">
              <w:rPr>
                <w:color w:val="000000" w:themeColor="text1"/>
              </w:rPr>
            </w:r>
            <w:r w:rsidR="001E36F2" w:rsidRPr="004D2E6C">
              <w:rPr>
                <w:color w:val="000000" w:themeColor="text1"/>
              </w:rPr>
              <w:fldChar w:fldCharType="separate"/>
            </w:r>
            <w:r w:rsidR="001E36F2">
              <w:rPr>
                <w:color w:val="000000" w:themeColor="text1"/>
              </w:rPr>
              <w:t xml:space="preserve"> </w:t>
            </w:r>
            <w:sdt>
              <w:sdtPr>
                <w:rPr>
                  <w:color w:val="000000" w:themeColor="text1"/>
                </w:rPr>
                <w:alias w:val="LESSEE_NAME"/>
                <w:tag w:val="LESSEE_NAME"/>
                <w:id w:val="-1720591190"/>
                <w:showingPlcHdr/>
                <w:text/>
              </w:sdtPr>
              <w:sdtContent>
                <w:r w:rsidR="001E36F2">
                  <w:rPr>
                    <w:color w:val="000000" w:themeColor="text1"/>
                  </w:rPr>
                  <w:t xml:space="preserve">     </w:t>
                </w:r>
              </w:sdtContent>
            </w:sdt>
            <w:r w:rsidR="001E36F2" w:rsidRPr="004D2E6C">
              <w:rPr>
                <w:color w:val="000000" w:themeColor="text1"/>
              </w:rPr>
              <w:fldChar w:fldCharType="end"/>
            </w:r>
          </w:p>
        </w:tc>
      </w:tr>
      <w:tr w:rsidR="00BA1BB4" w14:paraId="23ABD4A4"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54365CC" w14:textId="77830036" w:rsidR="00BA1BB4" w:rsidRPr="004D2E6C" w:rsidRDefault="001E36F2">
            <w:pPr>
              <w:spacing w:after="0" w:line="240" w:lineRule="auto"/>
              <w:rPr>
                <w:color w:val="000000" w:themeColor="text1"/>
              </w:rPr>
            </w:pPr>
            <w:proofErr w:type="spellStart"/>
            <w:r>
              <w:rPr>
                <w:color w:val="000000" w:themeColor="text1"/>
              </w:rPr>
              <w:t>Szül</w:t>
            </w:r>
            <w:proofErr w:type="spellEnd"/>
            <w:r>
              <w:rPr>
                <w:color w:val="000000" w:themeColor="text1"/>
              </w:rPr>
              <w:t xml:space="preserve"> </w:t>
            </w:r>
            <w:proofErr w:type="spellStart"/>
            <w:r>
              <w:rPr>
                <w:color w:val="000000" w:themeColor="text1"/>
              </w:rPr>
              <w:t>hely</w:t>
            </w:r>
            <w:proofErr w:type="spellEnd"/>
            <w:r>
              <w:rPr>
                <w:color w:val="000000" w:themeColor="text1"/>
              </w:rPr>
              <w:t xml:space="preserve">, </w:t>
            </w:r>
            <w:proofErr w:type="spellStart"/>
            <w:r>
              <w:rPr>
                <w:color w:val="000000" w:themeColor="text1"/>
              </w:rPr>
              <w:t>idő</w:t>
            </w:r>
            <w:proofErr w:type="spellEnd"/>
            <w:r w:rsidR="004D2E6C" w:rsidRPr="004D2E6C">
              <w:rPr>
                <w:color w:val="000000" w:themeColor="text1"/>
              </w:rPr>
              <w:t xml:space="preserve">: </w:t>
            </w:r>
            <w:bookmarkStart w:id="1" w:name="LESSEE_ADDRESS"/>
            <w:sdt>
              <w:sdtPr>
                <w:rPr>
                  <w:color w:val="000000" w:themeColor="text1"/>
                </w:rPr>
                <w:alias w:val="LESSEE_ADDRESS"/>
                <w:tag w:val="LESSEE_ADDRESS"/>
                <w:id w:val="1915900146"/>
                <w:showingPlcHdr/>
                <w:text/>
              </w:sdtPr>
              <w:sdtContent>
                <w:r>
                  <w:rPr>
                    <w:color w:val="000000" w:themeColor="text1"/>
                  </w:rPr>
                  <w:t xml:space="preserve">     </w:t>
                </w:r>
              </w:sdtContent>
            </w:sdt>
            <w:bookmarkEnd w:id="1"/>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5A4F085" w14:textId="7E0B4957" w:rsidR="00BA1BB4" w:rsidRPr="004D2E6C" w:rsidRDefault="001E36F2">
            <w:pPr>
              <w:spacing w:after="0" w:line="240" w:lineRule="auto"/>
              <w:rPr>
                <w:color w:val="000000" w:themeColor="text1"/>
              </w:rPr>
            </w:pPr>
            <w:r>
              <w:rPr>
                <w:color w:val="000000" w:themeColor="text1"/>
              </w:rPr>
              <w:t>Place and date of birth</w:t>
            </w:r>
            <w:r w:rsidR="004D2E6C" w:rsidRPr="004D2E6C">
              <w:rPr>
                <w:color w:val="000000" w:themeColor="text1"/>
              </w:rPr>
              <w:t xml:space="preserve">: </w:t>
            </w:r>
            <w:r w:rsidR="004D2E6C" w:rsidRPr="004D2E6C">
              <w:rPr>
                <w:color w:val="000000" w:themeColor="text1"/>
              </w:rPr>
              <w:fldChar w:fldCharType="begin"/>
            </w:r>
            <w:r w:rsidR="004D2E6C" w:rsidRPr="004D2E6C">
              <w:rPr>
                <w:color w:val="000000" w:themeColor="text1"/>
              </w:rPr>
              <w:instrText xml:space="preserve"> REF LESSEE_ADDRESS \h </w:instrText>
            </w:r>
            <w:r w:rsidR="004D2E6C" w:rsidRPr="004D2E6C">
              <w:rPr>
                <w:color w:val="000000" w:themeColor="text1"/>
              </w:rPr>
            </w:r>
            <w:r w:rsidR="004D2E6C" w:rsidRPr="004D2E6C">
              <w:rPr>
                <w:color w:val="000000" w:themeColor="text1"/>
              </w:rPr>
              <w:fldChar w:fldCharType="separate"/>
            </w:r>
            <w:sdt>
              <w:sdtPr>
                <w:rPr>
                  <w:color w:val="000000" w:themeColor="text1"/>
                </w:rPr>
                <w:alias w:val="LESSEE_ADDRESS"/>
                <w:tag w:val="LESSEE_ADDRESS"/>
                <w:id w:val="1117181281"/>
                <w:showingPlcHdr/>
                <w:text/>
              </w:sdtPr>
              <w:sdtContent>
                <w:r>
                  <w:rPr>
                    <w:color w:val="000000" w:themeColor="text1"/>
                  </w:rPr>
                  <w:t xml:space="preserve">     </w:t>
                </w:r>
              </w:sdtContent>
            </w:sdt>
            <w:r w:rsidR="004D2E6C" w:rsidRPr="004D2E6C">
              <w:rPr>
                <w:color w:val="000000" w:themeColor="text1"/>
              </w:rPr>
              <w:fldChar w:fldCharType="end"/>
            </w:r>
          </w:p>
        </w:tc>
      </w:tr>
      <w:tr w:rsidR="00BA1BB4" w14:paraId="3013D445"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2096582" w14:textId="56116BF9" w:rsidR="00BA1BB4" w:rsidRPr="004D2E6C" w:rsidRDefault="001E36F2">
            <w:pPr>
              <w:spacing w:after="0" w:line="240" w:lineRule="auto"/>
              <w:rPr>
                <w:color w:val="000000" w:themeColor="text1"/>
              </w:rPr>
            </w:pPr>
            <w:proofErr w:type="spellStart"/>
            <w:r>
              <w:rPr>
                <w:color w:val="000000" w:themeColor="text1"/>
              </w:rPr>
              <w:t>Édesanyja</w:t>
            </w:r>
            <w:proofErr w:type="spellEnd"/>
            <w:r>
              <w:rPr>
                <w:color w:val="000000" w:themeColor="text1"/>
              </w:rPr>
              <w:t xml:space="preserve"> neve</w:t>
            </w:r>
            <w:r w:rsidR="004D2E6C" w:rsidRPr="004D2E6C">
              <w:rPr>
                <w:color w:val="000000" w:themeColor="text1"/>
              </w:rPr>
              <w:t xml:space="preserve">: </w:t>
            </w:r>
            <w:bookmarkStart w:id="2" w:name="LESSEE_BIRTH"/>
            <w:sdt>
              <w:sdtPr>
                <w:rPr>
                  <w:color w:val="000000" w:themeColor="text1"/>
                </w:rPr>
                <w:alias w:val="LESSEE_BIRTH"/>
                <w:tag w:val="LESSEE_BIRTH"/>
                <w:id w:val="-1648972650"/>
                <w:showingPlcHdr/>
                <w:text/>
              </w:sdtPr>
              <w:sdtContent>
                <w:r>
                  <w:rPr>
                    <w:color w:val="000000" w:themeColor="text1"/>
                  </w:rPr>
                  <w:t xml:space="preserve">     </w:t>
                </w:r>
              </w:sdtContent>
            </w:sdt>
            <w:bookmarkEnd w:id="2"/>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D87DC1C" w14:textId="3938EED2" w:rsidR="00BA1BB4" w:rsidRPr="004D2E6C" w:rsidRDefault="001E36F2">
            <w:pPr>
              <w:spacing w:after="0" w:line="240" w:lineRule="auto"/>
              <w:rPr>
                <w:color w:val="000000" w:themeColor="text1"/>
              </w:rPr>
            </w:pPr>
            <w:r>
              <w:rPr>
                <w:color w:val="000000" w:themeColor="text1"/>
              </w:rPr>
              <w:t>Mother's name</w:t>
            </w:r>
            <w:r w:rsidR="004D2E6C" w:rsidRPr="004D2E6C">
              <w:rPr>
                <w:color w:val="000000" w:themeColor="text1"/>
              </w:rPr>
              <w:t xml:space="preserve">: </w:t>
            </w:r>
            <w:r w:rsidR="004D2E6C" w:rsidRPr="004D2E6C">
              <w:rPr>
                <w:color w:val="000000" w:themeColor="text1"/>
              </w:rPr>
              <w:fldChar w:fldCharType="begin"/>
            </w:r>
            <w:r w:rsidR="004D2E6C" w:rsidRPr="004D2E6C">
              <w:rPr>
                <w:color w:val="000000" w:themeColor="text1"/>
              </w:rPr>
              <w:instrText xml:space="preserve"> REF LESSEE_BIRTH \h </w:instrText>
            </w:r>
            <w:r w:rsidR="004D2E6C" w:rsidRPr="004D2E6C">
              <w:rPr>
                <w:color w:val="000000" w:themeColor="text1"/>
              </w:rPr>
            </w:r>
            <w:r w:rsidR="004D2E6C" w:rsidRPr="004D2E6C">
              <w:rPr>
                <w:color w:val="000000" w:themeColor="text1"/>
              </w:rPr>
              <w:fldChar w:fldCharType="separate"/>
            </w:r>
            <w:sdt>
              <w:sdtPr>
                <w:rPr>
                  <w:color w:val="000000" w:themeColor="text1"/>
                </w:rPr>
                <w:alias w:val="LESSEE_BIRTH"/>
                <w:tag w:val="LESSEE_BIRTH"/>
                <w:id w:val="-556773981"/>
                <w:showingPlcHdr/>
                <w:text/>
              </w:sdtPr>
              <w:sdtContent>
                <w:r>
                  <w:rPr>
                    <w:color w:val="000000" w:themeColor="text1"/>
                  </w:rPr>
                  <w:t xml:space="preserve">     </w:t>
                </w:r>
              </w:sdtContent>
            </w:sdt>
            <w:r w:rsidR="004D2E6C" w:rsidRPr="004D2E6C">
              <w:rPr>
                <w:color w:val="000000" w:themeColor="text1"/>
              </w:rPr>
              <w:fldChar w:fldCharType="end"/>
            </w:r>
          </w:p>
        </w:tc>
      </w:tr>
      <w:tr w:rsidR="00BA1BB4" w14:paraId="499AFAF0"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3C33A74" w14:textId="34982A81" w:rsidR="00BA1BB4" w:rsidRPr="004D2E6C" w:rsidRDefault="001E36F2">
            <w:pPr>
              <w:spacing w:after="0" w:line="240" w:lineRule="auto"/>
              <w:rPr>
                <w:color w:val="000000" w:themeColor="text1"/>
              </w:rPr>
            </w:pPr>
            <w:proofErr w:type="spellStart"/>
            <w:r>
              <w:rPr>
                <w:color w:val="000000" w:themeColor="text1"/>
              </w:rPr>
              <w:t>Lackcím</w:t>
            </w:r>
            <w:proofErr w:type="spellEnd"/>
            <w:r w:rsidR="004D2E6C" w:rsidRPr="004D2E6C">
              <w:rPr>
                <w:color w:val="000000" w:themeColor="text1"/>
              </w:rPr>
              <w:t xml:space="preserve">: </w:t>
            </w:r>
            <w:bookmarkStart w:id="3" w:name="LESSEE_MOTHER"/>
            <w:sdt>
              <w:sdtPr>
                <w:rPr>
                  <w:color w:val="000000" w:themeColor="text1"/>
                </w:rPr>
                <w:alias w:val="LESSEE_MOTHER"/>
                <w:tag w:val="LESSEE_MOTHER"/>
                <w:id w:val="1382758077"/>
                <w:showingPlcHdr/>
                <w:text/>
              </w:sdtPr>
              <w:sdtContent>
                <w:r>
                  <w:rPr>
                    <w:color w:val="000000" w:themeColor="text1"/>
                  </w:rPr>
                  <w:t xml:space="preserve">     </w:t>
                </w:r>
              </w:sdtContent>
            </w:sdt>
            <w:bookmarkEnd w:id="3"/>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3A63061" w14:textId="657B34B8" w:rsidR="00BA1BB4" w:rsidRPr="004D2E6C" w:rsidRDefault="001E36F2">
            <w:pPr>
              <w:spacing w:after="0" w:line="240" w:lineRule="auto"/>
              <w:rPr>
                <w:color w:val="000000" w:themeColor="text1"/>
              </w:rPr>
            </w:pPr>
            <w:r>
              <w:rPr>
                <w:color w:val="000000" w:themeColor="text1"/>
              </w:rPr>
              <w:t>Address</w:t>
            </w:r>
            <w:r w:rsidR="004D2E6C" w:rsidRPr="004D2E6C">
              <w:rPr>
                <w:color w:val="000000" w:themeColor="text1"/>
              </w:rPr>
              <w:t xml:space="preserve">: </w:t>
            </w:r>
            <w:r w:rsidR="004D2E6C" w:rsidRPr="004D2E6C">
              <w:rPr>
                <w:color w:val="000000" w:themeColor="text1"/>
              </w:rPr>
              <w:fldChar w:fldCharType="begin"/>
            </w:r>
            <w:r w:rsidR="004D2E6C" w:rsidRPr="004D2E6C">
              <w:rPr>
                <w:color w:val="000000" w:themeColor="text1"/>
              </w:rPr>
              <w:instrText xml:space="preserve"> REF LESSEE_MOTHER \h </w:instrText>
            </w:r>
            <w:r w:rsidR="004D2E6C" w:rsidRPr="004D2E6C">
              <w:rPr>
                <w:color w:val="000000" w:themeColor="text1"/>
              </w:rPr>
            </w:r>
            <w:r w:rsidR="004D2E6C" w:rsidRPr="004D2E6C">
              <w:rPr>
                <w:color w:val="000000" w:themeColor="text1"/>
              </w:rPr>
              <w:fldChar w:fldCharType="separate"/>
            </w:r>
            <w:sdt>
              <w:sdtPr>
                <w:rPr>
                  <w:color w:val="000000" w:themeColor="text1"/>
                </w:rPr>
                <w:alias w:val="LESSEE_MOTHER"/>
                <w:tag w:val="LESSEE_MOTHER"/>
                <w:id w:val="338352949"/>
                <w:showingPlcHdr/>
                <w:text/>
              </w:sdtPr>
              <w:sdtContent>
                <w:r>
                  <w:rPr>
                    <w:color w:val="000000" w:themeColor="text1"/>
                  </w:rPr>
                  <w:t xml:space="preserve">     </w:t>
                </w:r>
              </w:sdtContent>
            </w:sdt>
            <w:r w:rsidR="004D2E6C" w:rsidRPr="004D2E6C">
              <w:rPr>
                <w:color w:val="000000" w:themeColor="text1"/>
              </w:rPr>
              <w:fldChar w:fldCharType="end"/>
            </w:r>
          </w:p>
        </w:tc>
      </w:tr>
      <w:tr w:rsidR="00BA1BB4" w14:paraId="6D7410C0"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999B336" w14:textId="70652DFA" w:rsidR="00BA1BB4" w:rsidRPr="004D2E6C" w:rsidRDefault="001E36F2">
            <w:pPr>
              <w:spacing w:after="0" w:line="240" w:lineRule="auto"/>
              <w:rPr>
                <w:color w:val="000000" w:themeColor="text1"/>
              </w:rPr>
            </w:pPr>
            <w:proofErr w:type="spellStart"/>
            <w:r>
              <w:rPr>
                <w:color w:val="000000" w:themeColor="text1"/>
              </w:rPr>
              <w:t>Személy</w:t>
            </w:r>
            <w:proofErr w:type="spellEnd"/>
            <w:r>
              <w:rPr>
                <w:color w:val="000000" w:themeColor="text1"/>
              </w:rPr>
              <w:t xml:space="preserve"> </w:t>
            </w:r>
            <w:proofErr w:type="spellStart"/>
            <w:r>
              <w:rPr>
                <w:color w:val="000000" w:themeColor="text1"/>
              </w:rPr>
              <w:t>igazolvány</w:t>
            </w:r>
            <w:proofErr w:type="spellEnd"/>
            <w:r>
              <w:rPr>
                <w:color w:val="000000" w:themeColor="text1"/>
              </w:rPr>
              <w:t xml:space="preserve"> </w:t>
            </w:r>
            <w:proofErr w:type="spellStart"/>
            <w:r>
              <w:rPr>
                <w:color w:val="000000" w:themeColor="text1"/>
              </w:rPr>
              <w:t>száma</w:t>
            </w:r>
            <w:proofErr w:type="spellEnd"/>
            <w:r w:rsidR="004D2E6C" w:rsidRPr="004D2E6C">
              <w:rPr>
                <w:color w:val="000000" w:themeColor="text1"/>
              </w:rPr>
              <w:t xml:space="preserve">: </w:t>
            </w:r>
            <w:bookmarkStart w:id="4" w:name="LESSEE_IDNO"/>
            <w:sdt>
              <w:sdtPr>
                <w:rPr>
                  <w:color w:val="000000" w:themeColor="text1"/>
                </w:rPr>
                <w:alias w:val="LESSEE_IDNO"/>
                <w:tag w:val="LESSEE_IDNO"/>
                <w:id w:val="1199901653"/>
                <w:showingPlcHdr/>
                <w:text/>
              </w:sdtPr>
              <w:sdtContent>
                <w:r>
                  <w:rPr>
                    <w:color w:val="000000" w:themeColor="text1"/>
                  </w:rPr>
                  <w:t xml:space="preserve">     </w:t>
                </w:r>
              </w:sdtContent>
            </w:sdt>
            <w:bookmarkEnd w:id="4"/>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87CF947" w14:textId="334B76A8" w:rsidR="00BA1BB4" w:rsidRPr="004D2E6C" w:rsidRDefault="001E36F2">
            <w:pPr>
              <w:spacing w:after="0" w:line="240" w:lineRule="auto"/>
              <w:rPr>
                <w:color w:val="000000" w:themeColor="text1"/>
              </w:rPr>
            </w:pPr>
            <w:r>
              <w:rPr>
                <w:color w:val="000000" w:themeColor="text1"/>
              </w:rPr>
              <w:t>ID card number</w:t>
            </w:r>
            <w:r w:rsidR="004D2E6C" w:rsidRPr="004D2E6C">
              <w:rPr>
                <w:color w:val="000000" w:themeColor="text1"/>
              </w:rPr>
              <w:t xml:space="preserve">: </w:t>
            </w:r>
            <w:r w:rsidR="004D2E6C" w:rsidRPr="004D2E6C">
              <w:rPr>
                <w:color w:val="000000" w:themeColor="text1"/>
              </w:rPr>
              <w:fldChar w:fldCharType="begin"/>
            </w:r>
            <w:r w:rsidR="004D2E6C" w:rsidRPr="004D2E6C">
              <w:rPr>
                <w:color w:val="000000" w:themeColor="text1"/>
              </w:rPr>
              <w:instrText xml:space="preserve"> REF LESSEE_IDNO \h </w:instrText>
            </w:r>
            <w:r w:rsidR="004D2E6C" w:rsidRPr="004D2E6C">
              <w:rPr>
                <w:color w:val="000000" w:themeColor="text1"/>
              </w:rPr>
            </w:r>
            <w:r w:rsidR="004D2E6C" w:rsidRPr="004D2E6C">
              <w:rPr>
                <w:color w:val="000000" w:themeColor="text1"/>
              </w:rPr>
              <w:fldChar w:fldCharType="separate"/>
            </w:r>
            <w:sdt>
              <w:sdtPr>
                <w:rPr>
                  <w:color w:val="000000" w:themeColor="text1"/>
                </w:rPr>
                <w:alias w:val="LESSEE_IDNO"/>
                <w:tag w:val="LESSEE_IDNO"/>
                <w:id w:val="-1207181125"/>
                <w:showingPlcHdr/>
                <w:text/>
              </w:sdtPr>
              <w:sdtContent>
                <w:r>
                  <w:rPr>
                    <w:color w:val="000000" w:themeColor="text1"/>
                  </w:rPr>
                  <w:t xml:space="preserve">     </w:t>
                </w:r>
              </w:sdtContent>
            </w:sdt>
            <w:r w:rsidR="004D2E6C" w:rsidRPr="004D2E6C">
              <w:rPr>
                <w:color w:val="000000" w:themeColor="text1"/>
              </w:rPr>
              <w:fldChar w:fldCharType="end"/>
            </w:r>
          </w:p>
        </w:tc>
      </w:tr>
      <w:tr w:rsidR="00BA1BB4" w14:paraId="3EA4C40A"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8B38E9D" w14:textId="7D493846" w:rsidR="00BA1BB4" w:rsidRPr="004D2E6C" w:rsidRDefault="00000000">
            <w:pPr>
              <w:spacing w:after="0" w:line="240" w:lineRule="auto"/>
              <w:rPr>
                <w:color w:val="000000" w:themeColor="text1"/>
              </w:rPr>
            </w:pPr>
            <w:proofErr w:type="spellStart"/>
            <w:r w:rsidRPr="004D2E6C">
              <w:rPr>
                <w:color w:val="000000" w:themeColor="text1"/>
              </w:rPr>
              <w:t>Elérhetősége</w:t>
            </w:r>
            <w:proofErr w:type="spellEnd"/>
            <w:r w:rsidRPr="004D2E6C">
              <w:rPr>
                <w:color w:val="000000" w:themeColor="text1"/>
              </w:rPr>
              <w:t xml:space="preserve">: </w:t>
            </w:r>
            <w:bookmarkStart w:id="5" w:name="LESSEE_CONTACT"/>
            <w:sdt>
              <w:sdtPr>
                <w:rPr>
                  <w:color w:val="000000" w:themeColor="text1"/>
                </w:rPr>
                <w:alias w:val="LESSEE_CONTACT"/>
                <w:tag w:val="LESSEE_CONTACT"/>
                <w:id w:val="1028057003"/>
                <w:showingPlcHdr/>
                <w:text/>
              </w:sdtPr>
              <w:sdtContent>
                <w:r w:rsidR="001E36F2">
                  <w:rPr>
                    <w:color w:val="000000" w:themeColor="text1"/>
                  </w:rPr>
                  <w:t xml:space="preserve">     </w:t>
                </w:r>
              </w:sdtContent>
            </w:sdt>
            <w:bookmarkEnd w:id="5"/>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B72D010" w14:textId="3054523C" w:rsidR="00BA1BB4" w:rsidRPr="004D2E6C" w:rsidRDefault="00000000">
            <w:pPr>
              <w:spacing w:after="0" w:line="240" w:lineRule="auto"/>
              <w:rPr>
                <w:color w:val="000000" w:themeColor="text1"/>
              </w:rPr>
            </w:pPr>
            <w:r w:rsidRPr="004D2E6C">
              <w:rPr>
                <w:color w:val="000000" w:themeColor="text1"/>
              </w:rPr>
              <w:t xml:space="preserve">Contact details: </w:t>
            </w:r>
            <w:r w:rsidRPr="004D2E6C">
              <w:rPr>
                <w:color w:val="000000" w:themeColor="text1"/>
              </w:rPr>
              <w:fldChar w:fldCharType="begin"/>
            </w:r>
            <w:r w:rsidRPr="004D2E6C">
              <w:rPr>
                <w:color w:val="000000" w:themeColor="text1"/>
              </w:rPr>
              <w:instrText xml:space="preserve"> REF LESSEE_CONTACT \h </w:instrText>
            </w:r>
            <w:r w:rsidRPr="004D2E6C">
              <w:rPr>
                <w:color w:val="000000" w:themeColor="text1"/>
              </w:rPr>
            </w:r>
            <w:r w:rsidRPr="004D2E6C">
              <w:rPr>
                <w:color w:val="000000" w:themeColor="text1"/>
              </w:rPr>
              <w:fldChar w:fldCharType="separate"/>
            </w:r>
            <w:sdt>
              <w:sdtPr>
                <w:rPr>
                  <w:color w:val="000000" w:themeColor="text1"/>
                </w:rPr>
                <w:alias w:val="LESSEE_CONTACT"/>
                <w:tag w:val="LESSEE_CONTACT"/>
                <w:id w:val="1446735223"/>
                <w:showingPlcHdr/>
                <w:text/>
              </w:sdtPr>
              <w:sdtContent>
                <w:r w:rsidR="001E36F2">
                  <w:rPr>
                    <w:color w:val="000000" w:themeColor="text1"/>
                  </w:rPr>
                  <w:t xml:space="preserve">     </w:t>
                </w:r>
              </w:sdtContent>
            </w:sdt>
            <w:r w:rsidRPr="004D2E6C">
              <w:rPr>
                <w:color w:val="000000" w:themeColor="text1"/>
              </w:rPr>
              <w:fldChar w:fldCharType="end"/>
            </w:r>
          </w:p>
        </w:tc>
      </w:tr>
      <w:tr w:rsidR="00BA1BB4" w14:paraId="4D10326F"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2017F62" w14:textId="77777777" w:rsidR="00BA1BB4" w:rsidRDefault="00000000">
            <w:pPr>
              <w:spacing w:after="0" w:line="240" w:lineRule="auto"/>
            </w:pPr>
            <w:r>
              <w:t xml:space="preserve">mint </w:t>
            </w:r>
            <w:proofErr w:type="spellStart"/>
            <w:r>
              <w:t>Bérlő</w:t>
            </w:r>
            <w:proofErr w:type="spellEnd"/>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E80C4F2" w14:textId="77777777" w:rsidR="00BA1BB4" w:rsidRDefault="00000000">
            <w:pPr>
              <w:spacing w:after="0" w:line="240" w:lineRule="auto"/>
            </w:pPr>
            <w:r>
              <w:t>as Lessee</w:t>
            </w:r>
          </w:p>
        </w:tc>
      </w:tr>
      <w:tr w:rsidR="00BA1BB4" w14:paraId="22D5A79E"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16BA0D9" w14:textId="77777777" w:rsidR="00BA1BB4" w:rsidRDefault="00000000">
            <w:pPr>
              <w:spacing w:after="0" w:line="240" w:lineRule="auto"/>
            </w:pPr>
            <w:proofErr w:type="spellStart"/>
            <w:r>
              <w:t>Bérbeadó</w:t>
            </w:r>
            <w:proofErr w:type="spellEnd"/>
            <w:r>
              <w:t xml:space="preserve"> </w:t>
            </w:r>
            <w:proofErr w:type="spellStart"/>
            <w:r>
              <w:t>és</w:t>
            </w:r>
            <w:proofErr w:type="spellEnd"/>
            <w:r>
              <w:t xml:space="preserve"> </w:t>
            </w:r>
            <w:proofErr w:type="spellStart"/>
            <w:r>
              <w:t>Bérlő</w:t>
            </w:r>
            <w:proofErr w:type="spellEnd"/>
            <w:r>
              <w:t xml:space="preserve"> a </w:t>
            </w:r>
            <w:proofErr w:type="spellStart"/>
            <w:r>
              <w:t>továbbiakban</w:t>
            </w:r>
            <w:proofErr w:type="spellEnd"/>
            <w:r>
              <w:t xml:space="preserve"> </w:t>
            </w:r>
            <w:proofErr w:type="spellStart"/>
            <w:r>
              <w:t>együttes</w:t>
            </w:r>
            <w:proofErr w:type="spellEnd"/>
            <w:r>
              <w:t xml:space="preserve"> </w:t>
            </w:r>
            <w:proofErr w:type="spellStart"/>
            <w:r>
              <w:t>említésük</w:t>
            </w:r>
            <w:proofErr w:type="spellEnd"/>
            <w:r>
              <w:t xml:space="preserve"> </w:t>
            </w:r>
            <w:proofErr w:type="spellStart"/>
            <w:r>
              <w:t>esetén</w:t>
            </w:r>
            <w:proofErr w:type="spellEnd"/>
            <w:r>
              <w:t xml:space="preserve"> </w:t>
            </w:r>
            <w:proofErr w:type="spellStart"/>
            <w:r>
              <w:t>Szerződő</w:t>
            </w:r>
            <w:proofErr w:type="spellEnd"/>
            <w:r>
              <w:t xml:space="preserve"> </w:t>
            </w:r>
            <w:proofErr w:type="spellStart"/>
            <w:r>
              <w:t>felek</w:t>
            </w:r>
            <w:proofErr w:type="spellEnd"/>
            <w:r>
              <w:t xml:space="preserve"> </w:t>
            </w:r>
            <w:proofErr w:type="spellStart"/>
            <w:r>
              <w:t>vagy</w:t>
            </w:r>
            <w:proofErr w:type="spellEnd"/>
            <w:r>
              <w:t xml:space="preserve"> Felek </w:t>
            </w:r>
            <w:proofErr w:type="spellStart"/>
            <w:r>
              <w:t>között</w:t>
            </w:r>
            <w:proofErr w:type="spellEnd"/>
            <w:r>
              <w:t xml:space="preserve"> </w:t>
            </w:r>
            <w:proofErr w:type="spellStart"/>
            <w:r>
              <w:t>alulírott</w:t>
            </w:r>
            <w:proofErr w:type="spellEnd"/>
            <w:r>
              <w:t xml:space="preserve"> </w:t>
            </w:r>
            <w:proofErr w:type="spellStart"/>
            <w:r>
              <w:t>helyen</w:t>
            </w:r>
            <w:proofErr w:type="spellEnd"/>
            <w:r>
              <w:t xml:space="preserve">, </w:t>
            </w:r>
            <w:proofErr w:type="spellStart"/>
            <w:r>
              <w:t>időben</w:t>
            </w:r>
            <w:proofErr w:type="spellEnd"/>
            <w:r>
              <w:t xml:space="preserve"> </w:t>
            </w:r>
            <w:proofErr w:type="spellStart"/>
            <w:r>
              <w:t>az</w:t>
            </w:r>
            <w:proofErr w:type="spellEnd"/>
            <w:r>
              <w:t xml:space="preserve"> </w:t>
            </w:r>
            <w:proofErr w:type="spellStart"/>
            <w:r>
              <w:t>alábbi</w:t>
            </w:r>
            <w:proofErr w:type="spellEnd"/>
            <w:r>
              <w:t xml:space="preserve"> </w:t>
            </w:r>
            <w:proofErr w:type="spellStart"/>
            <w:r>
              <w:t>feltételekkel</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906541D" w14:textId="77777777" w:rsidR="00BA1BB4" w:rsidRDefault="00000000">
            <w:pPr>
              <w:spacing w:after="0" w:line="240" w:lineRule="auto"/>
            </w:pPr>
            <w:r>
              <w:t>The Lessor and the Lessee, hereinafter jointly referred to as the Contracting Parties or the Parties, have entered into this Agreement at the place and on the date written below under the following terms and conditions:</w:t>
            </w:r>
          </w:p>
        </w:tc>
      </w:tr>
      <w:tr w:rsidR="00BA1BB4" w14:paraId="617391C8"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98C1786" w14:textId="77777777" w:rsidR="00642F65" w:rsidRDefault="00000000">
            <w:pPr>
              <w:spacing w:before="120" w:after="60"/>
            </w:pPr>
            <w:r>
              <w:rPr>
                <w:b/>
                <w:sz w:val="21"/>
              </w:rPr>
              <w:t xml:space="preserve">1. </w:t>
            </w:r>
            <w:proofErr w:type="spellStart"/>
            <w:r>
              <w:rPr>
                <w:b/>
                <w:sz w:val="21"/>
              </w:rPr>
              <w:t>Szerződés</w:t>
            </w:r>
            <w:proofErr w:type="spellEnd"/>
            <w:r>
              <w:rPr>
                <w:b/>
                <w:sz w:val="21"/>
              </w:rPr>
              <w:t xml:space="preserve"> </w:t>
            </w:r>
            <w:proofErr w:type="spellStart"/>
            <w:r>
              <w:rPr>
                <w:b/>
                <w:sz w:val="21"/>
              </w:rPr>
              <w:t>tárgya</w:t>
            </w:r>
            <w:proofErr w:type="spellEnd"/>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E6F5DF1" w14:textId="77777777" w:rsidR="00642F65" w:rsidRDefault="00000000">
            <w:pPr>
              <w:spacing w:before="120" w:after="60"/>
            </w:pPr>
            <w:r>
              <w:rPr>
                <w:b/>
                <w:sz w:val="21"/>
              </w:rPr>
              <w:t>1. Subject of the Contract</w:t>
            </w:r>
          </w:p>
        </w:tc>
      </w:tr>
      <w:tr w:rsidR="00BA1BB4" w14:paraId="6ABF3F6E"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9AC9E71" w14:textId="77777777" w:rsidR="00BA1BB4" w:rsidRDefault="00000000">
            <w:pPr>
              <w:spacing w:after="0" w:line="240" w:lineRule="auto"/>
            </w:pPr>
            <w:r>
              <w:t>1.1</w:t>
            </w:r>
            <w:r>
              <w:tab/>
              <w:t xml:space="preserve">A </w:t>
            </w:r>
            <w:proofErr w:type="spellStart"/>
            <w:r>
              <w:t>jelen</w:t>
            </w:r>
            <w:proofErr w:type="spellEnd"/>
            <w:r>
              <w:t xml:space="preserve"> </w:t>
            </w:r>
            <w:proofErr w:type="spellStart"/>
            <w:r>
              <w:t>megállapodás</w:t>
            </w:r>
            <w:proofErr w:type="spellEnd"/>
            <w:r>
              <w:t xml:space="preserve"> (a </w:t>
            </w:r>
            <w:proofErr w:type="spellStart"/>
            <w:r>
              <w:t>továbbiakban</w:t>
            </w:r>
            <w:proofErr w:type="spellEnd"/>
            <w:r>
              <w:t xml:space="preserve">: </w:t>
            </w:r>
            <w:proofErr w:type="spellStart"/>
            <w:r>
              <w:t>Megállapodás</w:t>
            </w:r>
            <w:proofErr w:type="spellEnd"/>
            <w:r>
              <w:t xml:space="preserve"> </w:t>
            </w:r>
            <w:proofErr w:type="spellStart"/>
            <w:r>
              <w:t>vagy</w:t>
            </w:r>
            <w:proofErr w:type="spellEnd"/>
            <w:r>
              <w:t xml:space="preserve"> </w:t>
            </w:r>
            <w:proofErr w:type="spellStart"/>
            <w:r>
              <w:t>Szerződés</w:t>
            </w:r>
            <w:proofErr w:type="spellEnd"/>
            <w:r>
              <w:t xml:space="preserve">) </w:t>
            </w:r>
            <w:proofErr w:type="spellStart"/>
            <w:r>
              <w:t>aláírásával</w:t>
            </w:r>
            <w:proofErr w:type="spellEnd"/>
            <w:r>
              <w:t xml:space="preserve"> a </w:t>
            </w:r>
            <w:proofErr w:type="spellStart"/>
            <w:r>
              <w:t>Bérbeadó</w:t>
            </w:r>
            <w:proofErr w:type="spellEnd"/>
            <w:r>
              <w:t xml:space="preserve"> </w:t>
            </w:r>
            <w:proofErr w:type="spellStart"/>
            <w:r>
              <w:t>bérbe</w:t>
            </w:r>
            <w:proofErr w:type="spellEnd"/>
            <w:r>
              <w:t xml:space="preserve"> </w:t>
            </w:r>
            <w:proofErr w:type="spellStart"/>
            <w:r>
              <w:t>adja</w:t>
            </w:r>
            <w:proofErr w:type="spellEnd"/>
            <w:r>
              <w:t xml:space="preserve">, a </w:t>
            </w:r>
            <w:proofErr w:type="spellStart"/>
            <w:r>
              <w:t>Bérlő</w:t>
            </w:r>
            <w:proofErr w:type="spellEnd"/>
            <w:r>
              <w:t xml:space="preserve"> </w:t>
            </w:r>
            <w:proofErr w:type="spellStart"/>
            <w:r>
              <w:t>pedig</w:t>
            </w:r>
            <w:proofErr w:type="spellEnd"/>
            <w:r>
              <w:t xml:space="preserve"> </w:t>
            </w:r>
            <w:proofErr w:type="spellStart"/>
            <w:r>
              <w:t>bérbe</w:t>
            </w:r>
            <w:proofErr w:type="spellEnd"/>
            <w:r>
              <w:t xml:space="preserve"> </w:t>
            </w:r>
            <w:proofErr w:type="spellStart"/>
            <w:r>
              <w:t>veszi</w:t>
            </w:r>
            <w:proofErr w:type="spellEnd"/>
            <w:r>
              <w:t xml:space="preserve"> a </w:t>
            </w:r>
            <w:proofErr w:type="spellStart"/>
            <w:r>
              <w:t>Bérbeadó</w:t>
            </w:r>
            <w:proofErr w:type="spellEnd"/>
            <w:r>
              <w:t xml:space="preserve"> </w:t>
            </w:r>
            <w:proofErr w:type="spellStart"/>
            <w:r>
              <w:t>tulajdonában</w:t>
            </w:r>
            <w:proofErr w:type="spellEnd"/>
            <w:r>
              <w:t xml:space="preserve">, </w:t>
            </w:r>
            <w:proofErr w:type="spellStart"/>
            <w:r>
              <w:t>illetve</w:t>
            </w:r>
            <w:proofErr w:type="spellEnd"/>
            <w:r>
              <w:t xml:space="preserve"> </w:t>
            </w:r>
            <w:proofErr w:type="spellStart"/>
            <w:r>
              <w:t>jogszerű</w:t>
            </w:r>
            <w:proofErr w:type="spellEnd"/>
            <w:r>
              <w:t xml:space="preserve"> </w:t>
            </w:r>
            <w:proofErr w:type="spellStart"/>
            <w:r>
              <w:t>használatában</w:t>
            </w:r>
            <w:proofErr w:type="spellEnd"/>
            <w:r>
              <w:t xml:space="preserve"> </w:t>
            </w:r>
            <w:proofErr w:type="spellStart"/>
            <w:r>
              <w:t>álló</w:t>
            </w:r>
            <w:proofErr w:type="spellEnd"/>
            <w:r>
              <w:t xml:space="preserve">, </w:t>
            </w:r>
            <w:proofErr w:type="spellStart"/>
            <w:r>
              <w:t>az</w:t>
            </w:r>
            <w:proofErr w:type="spellEnd"/>
            <w:r>
              <w:t xml:space="preserve"> </w:t>
            </w:r>
            <w:proofErr w:type="spellStart"/>
            <w:r>
              <w:t>alábbiakban</w:t>
            </w:r>
            <w:proofErr w:type="spellEnd"/>
            <w:r>
              <w:t xml:space="preserve"> </w:t>
            </w:r>
            <w:proofErr w:type="spellStart"/>
            <w:r>
              <w:t>meghatározott</w:t>
            </w:r>
            <w:proofErr w:type="spellEnd"/>
            <w:r>
              <w:t xml:space="preserve"> </w:t>
            </w:r>
            <w:proofErr w:type="spellStart"/>
            <w:r>
              <w:t>gépjárművet</w:t>
            </w:r>
            <w:proofErr w:type="spellEnd"/>
            <w:r>
              <w:t xml:space="preserve"> (a </w:t>
            </w:r>
            <w:proofErr w:type="spellStart"/>
            <w:r>
              <w:t>továbbiakban</w:t>
            </w:r>
            <w:proofErr w:type="spellEnd"/>
            <w:r>
              <w:t xml:space="preserve">: </w:t>
            </w:r>
            <w:proofErr w:type="spellStart"/>
            <w:r>
              <w:t>Gépjármű</w:t>
            </w:r>
            <w:proofErr w:type="spellEnd"/>
            <w:r>
              <w:t xml:space="preserve"> </w:t>
            </w:r>
            <w:proofErr w:type="spellStart"/>
            <w:r>
              <w:t>vagy</w:t>
            </w:r>
            <w:proofErr w:type="spellEnd"/>
            <w:r>
              <w:t xml:space="preserve"> </w:t>
            </w:r>
            <w:proofErr w:type="spellStart"/>
            <w:r>
              <w:t>Gépkocsi</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E472765" w14:textId="77777777" w:rsidR="00BA1BB4" w:rsidRDefault="00000000">
            <w:pPr>
              <w:spacing w:after="0" w:line="240" w:lineRule="auto"/>
            </w:pPr>
            <w:r>
              <w:t>1.1</w:t>
            </w:r>
            <w:r>
              <w:tab/>
              <w:t>By signing this agreement (hereinafter: Agreement or Contract), the Lessor leases out and the Lessee leases from the Lessor the motor vehicle owned by, or lawfully used by, the Lessor, specified below (hereinafter: Vehicle or Car):</w:t>
            </w:r>
          </w:p>
        </w:tc>
      </w:tr>
      <w:tr w:rsidR="00BA1BB4" w14:paraId="53FB31F0"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5F154D3" w14:textId="41DB466B" w:rsidR="00BA1BB4" w:rsidRDefault="00000000">
            <w:pPr>
              <w:spacing w:after="0" w:line="240" w:lineRule="auto"/>
            </w:pPr>
            <w:r>
              <w:lastRenderedPageBreak/>
              <w:t>1.2</w:t>
            </w:r>
            <w:r>
              <w:tab/>
              <w:t xml:space="preserve">A </w:t>
            </w:r>
            <w:proofErr w:type="spellStart"/>
            <w:r>
              <w:t>gépjármű</w:t>
            </w:r>
            <w:proofErr w:type="spellEnd"/>
            <w:r>
              <w:t xml:space="preserve"> </w:t>
            </w:r>
            <w:proofErr w:type="spellStart"/>
            <w:r>
              <w:t>gyártmánya</w:t>
            </w:r>
            <w:proofErr w:type="spellEnd"/>
            <w:r>
              <w:t xml:space="preserve">: </w:t>
            </w:r>
            <w:r w:rsidR="00912929">
              <w:t>Mercedes-Benz</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64FF1C7" w14:textId="518DA246" w:rsidR="00BA1BB4" w:rsidRDefault="00000000">
            <w:pPr>
              <w:spacing w:after="0" w:line="240" w:lineRule="auto"/>
            </w:pPr>
            <w:r>
              <w:t>1.2</w:t>
            </w:r>
            <w:r>
              <w:tab/>
              <w:t xml:space="preserve">Make of the vehicle: </w:t>
            </w:r>
            <w:r w:rsidR="00912929">
              <w:t>Mercedes-Benz</w:t>
            </w:r>
          </w:p>
        </w:tc>
      </w:tr>
      <w:tr w:rsidR="00BA1BB4" w14:paraId="311FD5CD"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6B7AB70" w14:textId="42B30945" w:rsidR="00BA1BB4" w:rsidRDefault="00000000">
            <w:pPr>
              <w:spacing w:after="0" w:line="240" w:lineRule="auto"/>
            </w:pPr>
            <w:r>
              <w:t>1.3</w:t>
            </w:r>
            <w:r>
              <w:tab/>
              <w:t xml:space="preserve">A </w:t>
            </w:r>
            <w:proofErr w:type="spellStart"/>
            <w:r>
              <w:t>gépjármű</w:t>
            </w:r>
            <w:proofErr w:type="spellEnd"/>
            <w:r>
              <w:t xml:space="preserve"> </w:t>
            </w:r>
            <w:proofErr w:type="spellStart"/>
            <w:r>
              <w:t>típusa</w:t>
            </w:r>
            <w:proofErr w:type="spellEnd"/>
            <w:r>
              <w:t xml:space="preserve">: </w:t>
            </w:r>
            <w:r w:rsidR="00391BEC">
              <w:t>R2CGLC GLC 220 D</w:t>
            </w:r>
            <w:r w:rsidR="00F260AD">
              <w:t xml:space="preserve"> 4Matic</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F38CD11" w14:textId="210F7746" w:rsidR="00BA1BB4" w:rsidRDefault="00000000">
            <w:pPr>
              <w:spacing w:after="0" w:line="240" w:lineRule="auto"/>
            </w:pPr>
            <w:r>
              <w:t>1.3</w:t>
            </w:r>
            <w:r>
              <w:tab/>
              <w:t xml:space="preserve">Type of the vehicle: </w:t>
            </w:r>
            <w:r w:rsidR="00391BEC">
              <w:t>R2CGLC GLC 220 D 4Matic</w:t>
            </w:r>
          </w:p>
        </w:tc>
      </w:tr>
      <w:tr w:rsidR="00BA1BB4" w14:paraId="1CA92DBE"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D59DE09" w14:textId="6D914C13" w:rsidR="00BA1BB4" w:rsidRDefault="00000000">
            <w:pPr>
              <w:spacing w:after="0" w:line="240" w:lineRule="auto"/>
            </w:pPr>
            <w:r>
              <w:t>1.4</w:t>
            </w:r>
            <w:r>
              <w:tab/>
              <w:t xml:space="preserve">A </w:t>
            </w:r>
            <w:proofErr w:type="spellStart"/>
            <w:r>
              <w:t>gépjármű</w:t>
            </w:r>
            <w:proofErr w:type="spellEnd"/>
            <w:r>
              <w:t xml:space="preserve"> </w:t>
            </w:r>
            <w:proofErr w:type="spellStart"/>
            <w:r>
              <w:t>forgalmi</w:t>
            </w:r>
            <w:proofErr w:type="spellEnd"/>
            <w:r>
              <w:t xml:space="preserve"> </w:t>
            </w:r>
            <w:proofErr w:type="spellStart"/>
            <w:r>
              <w:t>rendszáma</w:t>
            </w:r>
            <w:proofErr w:type="spellEnd"/>
            <w:r>
              <w:t xml:space="preserve">: </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BA7BA76" w14:textId="47C99A8B" w:rsidR="00BA1BB4" w:rsidRDefault="00000000">
            <w:pPr>
              <w:spacing w:after="0" w:line="240" w:lineRule="auto"/>
            </w:pPr>
            <w:r>
              <w:t>1.4</w:t>
            </w:r>
            <w:r>
              <w:tab/>
              <w:t xml:space="preserve">Registration number of the vehicle: </w:t>
            </w:r>
          </w:p>
        </w:tc>
      </w:tr>
      <w:tr w:rsidR="00BA1BB4" w14:paraId="35852688"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14C82A7" w14:textId="35F73091" w:rsidR="00BA1BB4" w:rsidRDefault="00000000">
            <w:pPr>
              <w:spacing w:after="0" w:line="240" w:lineRule="auto"/>
            </w:pPr>
            <w:r>
              <w:t>1.5</w:t>
            </w:r>
            <w:r>
              <w:tab/>
              <w:t xml:space="preserve">A </w:t>
            </w:r>
            <w:proofErr w:type="spellStart"/>
            <w:r>
              <w:t>gépjármű</w:t>
            </w:r>
            <w:proofErr w:type="spellEnd"/>
            <w:r>
              <w:t xml:space="preserve"> </w:t>
            </w:r>
            <w:proofErr w:type="spellStart"/>
            <w:r>
              <w:t>színe</w:t>
            </w:r>
            <w:proofErr w:type="spellEnd"/>
            <w:r>
              <w:t xml:space="preserve">: </w:t>
            </w:r>
            <w:proofErr w:type="spellStart"/>
            <w:r w:rsidR="00391BEC">
              <w:t>szürke</w:t>
            </w:r>
            <w:proofErr w:type="spellEnd"/>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F3D1617" w14:textId="0158E5DF" w:rsidR="00BA1BB4" w:rsidRDefault="00000000">
            <w:pPr>
              <w:spacing w:after="0" w:line="240" w:lineRule="auto"/>
            </w:pPr>
            <w:r>
              <w:t>1.5</w:t>
            </w:r>
            <w:r>
              <w:tab/>
            </w:r>
            <w:proofErr w:type="spellStart"/>
            <w:r>
              <w:t>Colour</w:t>
            </w:r>
            <w:proofErr w:type="spellEnd"/>
            <w:r>
              <w:t xml:space="preserve"> of the vehicle: </w:t>
            </w:r>
            <w:r w:rsidR="00391BEC">
              <w:t>grey</w:t>
            </w:r>
          </w:p>
        </w:tc>
      </w:tr>
      <w:tr w:rsidR="00BA1BB4" w14:paraId="610F9E0F"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023EF65" w14:textId="7A2064D8" w:rsidR="00BA1BB4" w:rsidRDefault="00000000">
            <w:pPr>
              <w:spacing w:after="0" w:line="240" w:lineRule="auto"/>
            </w:pPr>
            <w:r>
              <w:t>1.6</w:t>
            </w:r>
            <w:r>
              <w:tab/>
            </w:r>
            <w:proofErr w:type="spellStart"/>
            <w:r>
              <w:t>Alvázszáma</w:t>
            </w:r>
            <w:proofErr w:type="spellEnd"/>
            <w:r>
              <w:t xml:space="preserve">: </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DA3D42E" w14:textId="1C3AABE0" w:rsidR="00BA1BB4" w:rsidRDefault="00000000">
            <w:pPr>
              <w:spacing w:after="0" w:line="240" w:lineRule="auto"/>
            </w:pPr>
            <w:r>
              <w:t>1.6</w:t>
            </w:r>
            <w:r>
              <w:tab/>
              <w:t xml:space="preserve">Chassis number: </w:t>
            </w:r>
          </w:p>
        </w:tc>
      </w:tr>
      <w:tr w:rsidR="00BA1BB4" w14:paraId="3B849D9B"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F2F8BE1" w14:textId="77777777" w:rsidR="00642F65" w:rsidRDefault="00000000">
            <w:pPr>
              <w:spacing w:before="120" w:after="60"/>
            </w:pPr>
            <w:r>
              <w:rPr>
                <w:b/>
                <w:sz w:val="21"/>
              </w:rPr>
              <w:t xml:space="preserve">2. </w:t>
            </w:r>
            <w:proofErr w:type="spellStart"/>
            <w:r>
              <w:rPr>
                <w:b/>
                <w:sz w:val="21"/>
              </w:rPr>
              <w:t>Átadás-átvétel</w:t>
            </w:r>
            <w:proofErr w:type="spellEnd"/>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E15F5D4" w14:textId="77777777" w:rsidR="00642F65" w:rsidRDefault="00000000">
            <w:pPr>
              <w:spacing w:before="120" w:after="60"/>
            </w:pPr>
            <w:r>
              <w:rPr>
                <w:b/>
                <w:sz w:val="21"/>
              </w:rPr>
              <w:t>2. Delivery and Return</w:t>
            </w:r>
          </w:p>
        </w:tc>
      </w:tr>
      <w:tr w:rsidR="00BA1BB4" w14:paraId="3F370CCB"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99F2A1C" w14:textId="77777777" w:rsidR="00BA1BB4" w:rsidRDefault="00000000">
            <w:pPr>
              <w:spacing w:after="0" w:line="240" w:lineRule="auto"/>
            </w:pPr>
            <w:r>
              <w:t>2.1</w:t>
            </w:r>
            <w:r>
              <w:tab/>
              <w:t xml:space="preserve">Az </w:t>
            </w:r>
            <w:proofErr w:type="spellStart"/>
            <w:r>
              <w:t>átadás</w:t>
            </w:r>
            <w:proofErr w:type="spellEnd"/>
            <w:r>
              <w:t xml:space="preserve"> </w:t>
            </w:r>
            <w:proofErr w:type="spellStart"/>
            <w:r>
              <w:t>helye</w:t>
            </w:r>
            <w:proofErr w:type="spellEnd"/>
            <w:r>
              <w:t xml:space="preserve">: 1131 Budapest, </w:t>
            </w:r>
            <w:proofErr w:type="spellStart"/>
            <w:r>
              <w:t>Topolya</w:t>
            </w:r>
            <w:proofErr w:type="spellEnd"/>
            <w:r>
              <w:t xml:space="preserve"> </w:t>
            </w:r>
            <w:proofErr w:type="spellStart"/>
            <w:r>
              <w:t>utca</w:t>
            </w:r>
            <w:proofErr w:type="spellEnd"/>
            <w:r>
              <w:t xml:space="preserve"> 4.</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A1F561B" w14:textId="77777777" w:rsidR="00BA1BB4" w:rsidRDefault="00000000">
            <w:pPr>
              <w:spacing w:after="0" w:line="240" w:lineRule="auto"/>
            </w:pPr>
            <w:r>
              <w:t>2.1</w:t>
            </w:r>
            <w:r>
              <w:tab/>
              <w:t xml:space="preserve">Place of delivery: 4 </w:t>
            </w:r>
            <w:proofErr w:type="spellStart"/>
            <w:r>
              <w:t>Topolya</w:t>
            </w:r>
            <w:proofErr w:type="spellEnd"/>
            <w:r>
              <w:t xml:space="preserve"> Street, Budapest 1131, Hungary.</w:t>
            </w:r>
          </w:p>
        </w:tc>
      </w:tr>
      <w:tr w:rsidR="00BA1BB4" w14:paraId="62010FFF"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DF2B06C" w14:textId="77777777" w:rsidR="00BA1BB4" w:rsidRDefault="00000000">
            <w:pPr>
              <w:spacing w:after="0" w:line="240" w:lineRule="auto"/>
            </w:pPr>
            <w:r>
              <w:t>2.2</w:t>
            </w:r>
            <w:r>
              <w:tab/>
              <w:t xml:space="preserve">A </w:t>
            </w:r>
            <w:proofErr w:type="spellStart"/>
            <w:r>
              <w:t>gépjármű</w:t>
            </w:r>
            <w:proofErr w:type="spellEnd"/>
            <w:r>
              <w:t xml:space="preserve"> </w:t>
            </w:r>
            <w:proofErr w:type="spellStart"/>
            <w:r>
              <w:t>vezetésére</w:t>
            </w:r>
            <w:proofErr w:type="spellEnd"/>
            <w:r>
              <w:t xml:space="preserve"> </w:t>
            </w:r>
            <w:proofErr w:type="spellStart"/>
            <w:r>
              <w:t>feljogosított</w:t>
            </w:r>
            <w:proofErr w:type="spellEnd"/>
            <w:r>
              <w:t xml:space="preserve"> </w:t>
            </w:r>
            <w:proofErr w:type="spellStart"/>
            <w:r>
              <w:t>személy</w:t>
            </w:r>
            <w:proofErr w:type="spellEnd"/>
            <w:r>
              <w:t xml:space="preserve">(ek): </w:t>
            </w:r>
            <w:proofErr w:type="spellStart"/>
            <w:r>
              <w:t>Bérlő</w:t>
            </w:r>
            <w:proofErr w:type="spellEnd"/>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266EF8F" w14:textId="77777777" w:rsidR="00BA1BB4" w:rsidRDefault="00000000">
            <w:pPr>
              <w:spacing w:after="0" w:line="240" w:lineRule="auto"/>
            </w:pPr>
            <w:r>
              <w:t>2.2</w:t>
            </w:r>
            <w:r>
              <w:tab/>
              <w:t xml:space="preserve">Person(s) </w:t>
            </w:r>
            <w:proofErr w:type="spellStart"/>
            <w:r>
              <w:t>authorised</w:t>
            </w:r>
            <w:proofErr w:type="spellEnd"/>
            <w:r>
              <w:t xml:space="preserve"> to drive the vehicle: Lessee</w:t>
            </w:r>
          </w:p>
        </w:tc>
      </w:tr>
      <w:tr w:rsidR="00BA1BB4" w14:paraId="4EB17459"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DCF9BAD" w14:textId="77777777" w:rsidR="00BA1BB4" w:rsidRDefault="00000000">
            <w:pPr>
              <w:spacing w:after="0" w:line="240" w:lineRule="auto"/>
            </w:pPr>
            <w:r>
              <w:t>2.3</w:t>
            </w:r>
            <w:r>
              <w:tab/>
              <w:t xml:space="preserve">A </w:t>
            </w:r>
            <w:proofErr w:type="spellStart"/>
            <w:r>
              <w:t>visszaadás</w:t>
            </w:r>
            <w:proofErr w:type="spellEnd"/>
            <w:r>
              <w:t xml:space="preserve"> </w:t>
            </w:r>
            <w:proofErr w:type="spellStart"/>
            <w:r>
              <w:t>helye</w:t>
            </w:r>
            <w:proofErr w:type="spellEnd"/>
            <w:r>
              <w:t xml:space="preserve">: 1131 Budapest, </w:t>
            </w:r>
            <w:proofErr w:type="spellStart"/>
            <w:r>
              <w:t>Topolya</w:t>
            </w:r>
            <w:proofErr w:type="spellEnd"/>
            <w:r>
              <w:t xml:space="preserve"> </w:t>
            </w:r>
            <w:proofErr w:type="spellStart"/>
            <w:r>
              <w:t>utca</w:t>
            </w:r>
            <w:proofErr w:type="spellEnd"/>
            <w:r>
              <w:t xml:space="preserve"> 4.</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0942739" w14:textId="77777777" w:rsidR="00BA1BB4" w:rsidRDefault="00000000">
            <w:pPr>
              <w:spacing w:after="0" w:line="240" w:lineRule="auto"/>
            </w:pPr>
            <w:r>
              <w:t>2.3</w:t>
            </w:r>
            <w:r>
              <w:tab/>
              <w:t xml:space="preserve">Place of return: 4 </w:t>
            </w:r>
            <w:proofErr w:type="spellStart"/>
            <w:r>
              <w:t>Topolya</w:t>
            </w:r>
            <w:proofErr w:type="spellEnd"/>
            <w:r>
              <w:t xml:space="preserve"> Street, Budapest 1131, Hungary.</w:t>
            </w:r>
          </w:p>
        </w:tc>
      </w:tr>
      <w:tr w:rsidR="00BA1BB4" w14:paraId="4CB07BF1"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8C94E7B" w14:textId="77777777" w:rsidR="00BA1BB4" w:rsidRDefault="00000000">
            <w:pPr>
              <w:spacing w:after="0" w:line="240" w:lineRule="auto"/>
            </w:pPr>
            <w:r>
              <w:t>2.4</w:t>
            </w:r>
            <w:r>
              <w:tab/>
            </w:r>
            <w:proofErr w:type="spellStart"/>
            <w:r>
              <w:t>Amennyiben</w:t>
            </w:r>
            <w:proofErr w:type="spellEnd"/>
            <w:r>
              <w:t xml:space="preserve"> nem a </w:t>
            </w:r>
            <w:proofErr w:type="spellStart"/>
            <w:r>
              <w:t>visszaadás</w:t>
            </w:r>
            <w:proofErr w:type="spellEnd"/>
            <w:r>
              <w:t xml:space="preserve"> </w:t>
            </w:r>
            <w:proofErr w:type="spellStart"/>
            <w:r>
              <w:t>helyén</w:t>
            </w:r>
            <w:proofErr w:type="spellEnd"/>
            <w:r>
              <w:t xml:space="preserve"> </w:t>
            </w:r>
            <w:proofErr w:type="spellStart"/>
            <w:r>
              <w:t>történik</w:t>
            </w:r>
            <w:proofErr w:type="spellEnd"/>
            <w:r>
              <w:t xml:space="preserve"> a </w:t>
            </w:r>
            <w:proofErr w:type="spellStart"/>
            <w:r>
              <w:t>gépjármű</w:t>
            </w:r>
            <w:proofErr w:type="spellEnd"/>
            <w:r>
              <w:t xml:space="preserve"> </w:t>
            </w:r>
            <w:proofErr w:type="spellStart"/>
            <w:r>
              <w:t>visszavétele</w:t>
            </w:r>
            <w:proofErr w:type="spellEnd"/>
            <w:r>
              <w:t xml:space="preserve">, </w:t>
            </w:r>
            <w:proofErr w:type="spellStart"/>
            <w:r>
              <w:t>ennek</w:t>
            </w:r>
            <w:proofErr w:type="spellEnd"/>
            <w:r>
              <w:t xml:space="preserve"> </w:t>
            </w:r>
            <w:proofErr w:type="spellStart"/>
            <w:r>
              <w:t>Bérlő</w:t>
            </w:r>
            <w:proofErr w:type="spellEnd"/>
            <w:r>
              <w:t xml:space="preserve"> </w:t>
            </w:r>
            <w:proofErr w:type="spellStart"/>
            <w:r>
              <w:t>által</w:t>
            </w:r>
            <w:proofErr w:type="spellEnd"/>
            <w:r>
              <w:t xml:space="preserve"> </w:t>
            </w:r>
            <w:proofErr w:type="spellStart"/>
            <w:r>
              <w:t>fizetendő</w:t>
            </w:r>
            <w:proofErr w:type="spellEnd"/>
            <w:r>
              <w:t xml:space="preserve"> </w:t>
            </w:r>
            <w:proofErr w:type="spellStart"/>
            <w:r>
              <w:t>díja</w:t>
            </w:r>
            <w:proofErr w:type="spellEnd"/>
            <w:r>
              <w:t xml:space="preserve"> Budapest </w:t>
            </w:r>
            <w:proofErr w:type="spellStart"/>
            <w:r>
              <w:t>közigazgatási</w:t>
            </w:r>
            <w:proofErr w:type="spellEnd"/>
            <w:r>
              <w:t xml:space="preserve"> </w:t>
            </w:r>
            <w:proofErr w:type="spellStart"/>
            <w:r>
              <w:t>határán</w:t>
            </w:r>
            <w:proofErr w:type="spellEnd"/>
            <w:r>
              <w:t xml:space="preserve"> </w:t>
            </w:r>
            <w:proofErr w:type="spellStart"/>
            <w:r>
              <w:t>belül</w:t>
            </w:r>
            <w:proofErr w:type="spellEnd"/>
            <w:r>
              <w:t xml:space="preserve"> </w:t>
            </w:r>
            <w:proofErr w:type="spellStart"/>
            <w:r>
              <w:t>történő</w:t>
            </w:r>
            <w:proofErr w:type="spellEnd"/>
            <w:r>
              <w:t xml:space="preserve"> </w:t>
            </w:r>
            <w:proofErr w:type="spellStart"/>
            <w:r>
              <w:t>átadás</w:t>
            </w:r>
            <w:proofErr w:type="spellEnd"/>
            <w:r>
              <w:t xml:space="preserve"> </w:t>
            </w:r>
            <w:proofErr w:type="spellStart"/>
            <w:r>
              <w:t>esetén</w:t>
            </w:r>
            <w:proofErr w:type="spellEnd"/>
            <w:r>
              <w:t xml:space="preserve">: 80 000 </w:t>
            </w:r>
            <w:proofErr w:type="spellStart"/>
            <w:r>
              <w:t>Ft+Áfa</w:t>
            </w:r>
            <w:proofErr w:type="spellEnd"/>
            <w:r>
              <w:t xml:space="preserve">, </w:t>
            </w:r>
            <w:proofErr w:type="spellStart"/>
            <w:r>
              <w:t>kívül</w:t>
            </w:r>
            <w:proofErr w:type="spellEnd"/>
            <w:r>
              <w:t xml:space="preserve"> </w:t>
            </w:r>
            <w:proofErr w:type="spellStart"/>
            <w:r>
              <w:t>történő</w:t>
            </w:r>
            <w:proofErr w:type="spellEnd"/>
            <w:r>
              <w:t xml:space="preserve"> </w:t>
            </w:r>
            <w:proofErr w:type="spellStart"/>
            <w:r>
              <w:t>átadás</w:t>
            </w:r>
            <w:proofErr w:type="spellEnd"/>
            <w:r>
              <w:t xml:space="preserve"> </w:t>
            </w:r>
            <w:proofErr w:type="spellStart"/>
            <w:r>
              <w:t>esetén</w:t>
            </w:r>
            <w:proofErr w:type="spellEnd"/>
            <w:r>
              <w:t xml:space="preserve">: 300 </w:t>
            </w:r>
            <w:proofErr w:type="spellStart"/>
            <w:r>
              <w:t>Ft+Áfa</w:t>
            </w:r>
            <w:proofErr w:type="spellEnd"/>
            <w:r>
              <w:t xml:space="preserve"> /km.</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DD482F3" w14:textId="77777777" w:rsidR="00BA1BB4" w:rsidRDefault="00000000">
            <w:pPr>
              <w:spacing w:after="0" w:line="240" w:lineRule="auto"/>
            </w:pPr>
            <w:r>
              <w:t>2.4</w:t>
            </w:r>
            <w:r>
              <w:tab/>
              <w:t>If the vehicle is not returned at the place of return, the fee payable by the Lessee for this shall be: HUF 80,000 + VAT in case of handover within the administrative boundaries of Budapest, and HUF 300 + VAT/km in case of handover outside Budapest.</w:t>
            </w:r>
          </w:p>
        </w:tc>
      </w:tr>
      <w:tr w:rsidR="00BA1BB4" w14:paraId="333C0C4F"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98FBA53" w14:textId="77777777" w:rsidR="00642F65" w:rsidRDefault="00000000">
            <w:pPr>
              <w:spacing w:before="120" w:after="60"/>
            </w:pPr>
            <w:r>
              <w:rPr>
                <w:b/>
                <w:sz w:val="21"/>
              </w:rPr>
              <w:t xml:space="preserve">3. </w:t>
            </w:r>
            <w:proofErr w:type="spellStart"/>
            <w:r>
              <w:rPr>
                <w:b/>
                <w:sz w:val="21"/>
              </w:rPr>
              <w:t>Bérleti</w:t>
            </w:r>
            <w:proofErr w:type="spellEnd"/>
            <w:r>
              <w:rPr>
                <w:b/>
                <w:sz w:val="21"/>
              </w:rPr>
              <w:t xml:space="preserve"> </w:t>
            </w:r>
            <w:proofErr w:type="spellStart"/>
            <w:r>
              <w:rPr>
                <w:b/>
                <w:sz w:val="21"/>
              </w:rPr>
              <w:t>időszak</w:t>
            </w:r>
            <w:proofErr w:type="spellEnd"/>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9EBB99A" w14:textId="77777777" w:rsidR="00642F65" w:rsidRDefault="00000000">
            <w:pPr>
              <w:spacing w:before="120" w:after="60"/>
            </w:pPr>
            <w:r>
              <w:rPr>
                <w:b/>
                <w:sz w:val="21"/>
              </w:rPr>
              <w:t>3. Rental Period</w:t>
            </w:r>
          </w:p>
        </w:tc>
      </w:tr>
      <w:tr w:rsidR="00BA1BB4" w14:paraId="0BC3F4B3"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1B0F17E" w14:textId="60B09484" w:rsidR="00BA1BB4" w:rsidRPr="004D2E6C" w:rsidRDefault="00000000">
            <w:pPr>
              <w:spacing w:after="0" w:line="240" w:lineRule="auto"/>
              <w:rPr>
                <w:color w:val="000000" w:themeColor="text1"/>
              </w:rPr>
            </w:pPr>
            <w:r w:rsidRPr="004D2E6C">
              <w:rPr>
                <w:color w:val="000000" w:themeColor="text1"/>
              </w:rPr>
              <w:t>3.1</w:t>
            </w:r>
            <w:r w:rsidRPr="004D2E6C">
              <w:rPr>
                <w:color w:val="000000" w:themeColor="text1"/>
              </w:rPr>
              <w:tab/>
            </w:r>
            <w:proofErr w:type="spellStart"/>
            <w:r w:rsidRPr="004D2E6C">
              <w:rPr>
                <w:color w:val="000000" w:themeColor="text1"/>
              </w:rPr>
              <w:t>Szerződő</w:t>
            </w:r>
            <w:proofErr w:type="spellEnd"/>
            <w:r w:rsidRPr="004D2E6C">
              <w:rPr>
                <w:color w:val="000000" w:themeColor="text1"/>
              </w:rPr>
              <w:t xml:space="preserve"> </w:t>
            </w:r>
            <w:proofErr w:type="spellStart"/>
            <w:r w:rsidRPr="004D2E6C">
              <w:rPr>
                <w:color w:val="000000" w:themeColor="text1"/>
              </w:rPr>
              <w:t>felek</w:t>
            </w:r>
            <w:proofErr w:type="spellEnd"/>
            <w:r w:rsidRPr="004D2E6C">
              <w:rPr>
                <w:color w:val="000000" w:themeColor="text1"/>
              </w:rPr>
              <w:t xml:space="preserve"> a </w:t>
            </w:r>
            <w:proofErr w:type="spellStart"/>
            <w:r w:rsidRPr="004D2E6C">
              <w:rPr>
                <w:color w:val="000000" w:themeColor="text1"/>
              </w:rPr>
              <w:t>jelen</w:t>
            </w:r>
            <w:proofErr w:type="spellEnd"/>
            <w:r w:rsidRPr="004D2E6C">
              <w:rPr>
                <w:color w:val="000000" w:themeColor="text1"/>
              </w:rPr>
              <w:t xml:space="preserve"> </w:t>
            </w:r>
            <w:proofErr w:type="spellStart"/>
            <w:r w:rsidRPr="004D2E6C">
              <w:rPr>
                <w:color w:val="000000" w:themeColor="text1"/>
              </w:rPr>
              <w:t>Szerződést</w:t>
            </w:r>
            <w:proofErr w:type="spellEnd"/>
            <w:r w:rsidRPr="004D2E6C">
              <w:rPr>
                <w:color w:val="000000" w:themeColor="text1"/>
              </w:rPr>
              <w:t xml:space="preserve"> a </w:t>
            </w:r>
            <w:proofErr w:type="spellStart"/>
            <w:r w:rsidRPr="004D2E6C">
              <w:rPr>
                <w:color w:val="000000" w:themeColor="text1"/>
              </w:rPr>
              <w:t>következő</w:t>
            </w:r>
            <w:proofErr w:type="spellEnd"/>
            <w:r w:rsidRPr="004D2E6C">
              <w:rPr>
                <w:color w:val="000000" w:themeColor="text1"/>
              </w:rPr>
              <w:t xml:space="preserve"> </w:t>
            </w:r>
            <w:proofErr w:type="spellStart"/>
            <w:r w:rsidRPr="004D2E6C">
              <w:rPr>
                <w:color w:val="000000" w:themeColor="text1"/>
              </w:rPr>
              <w:t>időtartamra</w:t>
            </w:r>
            <w:proofErr w:type="spellEnd"/>
            <w:r w:rsidRPr="004D2E6C">
              <w:rPr>
                <w:color w:val="000000" w:themeColor="text1"/>
              </w:rPr>
              <w:t xml:space="preserve"> </w:t>
            </w:r>
            <w:proofErr w:type="spellStart"/>
            <w:r w:rsidRPr="004D2E6C">
              <w:rPr>
                <w:color w:val="000000" w:themeColor="text1"/>
              </w:rPr>
              <w:t>kötik</w:t>
            </w:r>
            <w:proofErr w:type="spellEnd"/>
            <w:r w:rsidRPr="004D2E6C">
              <w:rPr>
                <w:color w:val="000000" w:themeColor="text1"/>
              </w:rPr>
              <w:t xml:space="preserve">: </w:t>
            </w:r>
            <w:bookmarkStart w:id="6" w:name="RENTAL_PERIOD"/>
            <w:sdt>
              <w:sdtPr>
                <w:rPr>
                  <w:b/>
                  <w:bCs/>
                  <w:color w:val="000000" w:themeColor="text1"/>
                </w:rPr>
                <w:alias w:val="RENTAL_PERIOD"/>
                <w:tag w:val="RENTAL_PERIOD"/>
                <w:id w:val="-465586209"/>
                <w:text/>
              </w:sdtPr>
              <w:sdtContent>
                <w:r w:rsidR="00F339AE">
                  <w:rPr>
                    <w:b/>
                    <w:bCs/>
                    <w:color w:val="000000" w:themeColor="text1"/>
                  </w:rPr>
                  <w:t>........................................</w:t>
                </w:r>
              </w:sdtContent>
            </w:sdt>
            <w:bookmarkEnd w:id="6"/>
            <w:r w:rsidRPr="004D2E6C">
              <w:rPr>
                <w:color w:val="000000" w:themeColor="text1"/>
              </w:rPr>
              <w:t xml:space="preserve"> (a </w:t>
            </w:r>
            <w:proofErr w:type="spellStart"/>
            <w:r w:rsidRPr="004D2E6C">
              <w:rPr>
                <w:color w:val="000000" w:themeColor="text1"/>
              </w:rPr>
              <w:t>továbbiakban</w:t>
            </w:r>
            <w:proofErr w:type="spellEnd"/>
            <w:r w:rsidRPr="004D2E6C">
              <w:rPr>
                <w:color w:val="000000" w:themeColor="text1"/>
              </w:rPr>
              <w:t xml:space="preserve">: </w:t>
            </w:r>
            <w:proofErr w:type="spellStart"/>
            <w:r w:rsidRPr="004D2E6C">
              <w:rPr>
                <w:color w:val="000000" w:themeColor="text1"/>
              </w:rPr>
              <w:t>Bérleti</w:t>
            </w:r>
            <w:proofErr w:type="spellEnd"/>
            <w:r w:rsidRPr="004D2E6C">
              <w:rPr>
                <w:color w:val="000000" w:themeColor="text1"/>
              </w:rPr>
              <w:t xml:space="preserve"> </w:t>
            </w:r>
            <w:proofErr w:type="spellStart"/>
            <w:r w:rsidRPr="004D2E6C">
              <w:rPr>
                <w:color w:val="000000" w:themeColor="text1"/>
              </w:rPr>
              <w:t>időtartam</w:t>
            </w:r>
            <w:proofErr w:type="spellEnd"/>
            <w:r w:rsidRPr="004D2E6C">
              <w:rPr>
                <w:color w:val="000000" w:themeColor="text1"/>
              </w:rPr>
              <w:t xml:space="preserve">), </w:t>
            </w:r>
            <w:proofErr w:type="spellStart"/>
            <w:r w:rsidRPr="004D2E6C">
              <w:rPr>
                <w:color w:val="000000" w:themeColor="text1"/>
              </w:rPr>
              <w:t>amelynek</w:t>
            </w:r>
            <w:proofErr w:type="spellEnd"/>
            <w:r w:rsidRPr="004D2E6C">
              <w:rPr>
                <w:color w:val="000000" w:themeColor="text1"/>
              </w:rPr>
              <w:t xml:space="preserve"> </w:t>
            </w:r>
            <w:proofErr w:type="spellStart"/>
            <w:r w:rsidRPr="004D2E6C">
              <w:rPr>
                <w:color w:val="000000" w:themeColor="text1"/>
              </w:rPr>
              <w:t>utolsó</w:t>
            </w:r>
            <w:proofErr w:type="spellEnd"/>
            <w:r w:rsidRPr="004D2E6C">
              <w:rPr>
                <w:color w:val="000000" w:themeColor="text1"/>
              </w:rPr>
              <w:t xml:space="preserve"> </w:t>
            </w:r>
            <w:proofErr w:type="spellStart"/>
            <w:r w:rsidRPr="004D2E6C">
              <w:rPr>
                <w:color w:val="000000" w:themeColor="text1"/>
              </w:rPr>
              <w:t>napja</w:t>
            </w:r>
            <w:proofErr w:type="spellEnd"/>
            <w:r w:rsidRPr="004D2E6C">
              <w:rPr>
                <w:color w:val="000000" w:themeColor="text1"/>
              </w:rPr>
              <w:t xml:space="preserve"> a </w:t>
            </w:r>
            <w:proofErr w:type="spellStart"/>
            <w:r w:rsidRPr="004D2E6C">
              <w:rPr>
                <w:color w:val="000000" w:themeColor="text1"/>
              </w:rPr>
              <w:t>lejárati</w:t>
            </w:r>
            <w:proofErr w:type="spellEnd"/>
            <w:r w:rsidRPr="004D2E6C">
              <w:rPr>
                <w:color w:val="000000" w:themeColor="text1"/>
              </w:rPr>
              <w:t xml:space="preserve"> nap (a </w:t>
            </w:r>
            <w:proofErr w:type="spellStart"/>
            <w:r w:rsidRPr="004D2E6C">
              <w:rPr>
                <w:color w:val="000000" w:themeColor="text1"/>
              </w:rPr>
              <w:t>továbbiakban</w:t>
            </w:r>
            <w:proofErr w:type="spellEnd"/>
            <w:r w:rsidRPr="004D2E6C">
              <w:rPr>
                <w:color w:val="000000" w:themeColor="text1"/>
              </w:rPr>
              <w:t xml:space="preserve">: </w:t>
            </w:r>
            <w:proofErr w:type="spellStart"/>
            <w:r w:rsidRPr="004D2E6C">
              <w:rPr>
                <w:color w:val="000000" w:themeColor="text1"/>
              </w:rPr>
              <w:t>Lejárati</w:t>
            </w:r>
            <w:proofErr w:type="spellEnd"/>
            <w:r w:rsidRPr="004D2E6C">
              <w:rPr>
                <w:color w:val="000000" w:themeColor="text1"/>
              </w:rPr>
              <w:t xml:space="preserve"> nap).</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C2D2A7E" w14:textId="5F86030A" w:rsidR="00BA1BB4" w:rsidRPr="004D2E6C" w:rsidRDefault="00000000">
            <w:pPr>
              <w:spacing w:after="0" w:line="240" w:lineRule="auto"/>
              <w:rPr>
                <w:color w:val="000000" w:themeColor="text1"/>
              </w:rPr>
            </w:pPr>
            <w:r w:rsidRPr="004D2E6C">
              <w:rPr>
                <w:color w:val="000000" w:themeColor="text1"/>
              </w:rPr>
              <w:t>3.1</w:t>
            </w:r>
            <w:r w:rsidRPr="004D2E6C">
              <w:rPr>
                <w:color w:val="000000" w:themeColor="text1"/>
              </w:rPr>
              <w:tab/>
              <w:t xml:space="preserve">The Contracting Parties conclude this Contract for the following period: </w:t>
            </w:r>
            <w:r w:rsidR="00F339AE">
              <w:rPr>
                <w:b/>
                <w:bCs/>
                <w:color w:val="000000" w:themeColor="text1"/>
              </w:rPr>
              <w:t>......................................................</w:t>
            </w:r>
            <w:r w:rsidR="00D312E9">
              <w:rPr>
                <w:color w:val="000000" w:themeColor="text1"/>
              </w:rPr>
              <w:t xml:space="preserve"> </w:t>
            </w:r>
            <w:r w:rsidRPr="004D2E6C">
              <w:rPr>
                <w:color w:val="000000" w:themeColor="text1"/>
              </w:rPr>
              <w:t>(hereinafter: Rental Period), the last day of which shall be the expiry date (hereinafter: Expiry Date).</w:t>
            </w:r>
          </w:p>
        </w:tc>
      </w:tr>
      <w:tr w:rsidR="00BA1BB4" w14:paraId="0B118F8A"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78F3118" w14:textId="77777777" w:rsidR="00642F65" w:rsidRDefault="00000000">
            <w:pPr>
              <w:spacing w:before="120" w:after="60"/>
            </w:pPr>
            <w:r>
              <w:rPr>
                <w:b/>
                <w:sz w:val="21"/>
              </w:rPr>
              <w:t xml:space="preserve">4. </w:t>
            </w:r>
            <w:proofErr w:type="spellStart"/>
            <w:r>
              <w:rPr>
                <w:b/>
                <w:sz w:val="21"/>
              </w:rPr>
              <w:t>Bérleti</w:t>
            </w:r>
            <w:proofErr w:type="spellEnd"/>
            <w:r>
              <w:rPr>
                <w:b/>
                <w:sz w:val="21"/>
              </w:rPr>
              <w:t xml:space="preserve"> Díj, </w:t>
            </w:r>
            <w:proofErr w:type="spellStart"/>
            <w:r>
              <w:rPr>
                <w:b/>
                <w:sz w:val="21"/>
              </w:rPr>
              <w:t>Kötbér</w:t>
            </w:r>
            <w:proofErr w:type="spellEnd"/>
            <w:r>
              <w:rPr>
                <w:b/>
                <w:sz w:val="21"/>
              </w:rPr>
              <w:t xml:space="preserve">, </w:t>
            </w:r>
            <w:proofErr w:type="spellStart"/>
            <w:r>
              <w:rPr>
                <w:b/>
                <w:sz w:val="21"/>
              </w:rPr>
              <w:t>Óvadék</w:t>
            </w:r>
            <w:proofErr w:type="spellEnd"/>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B5B5D27" w14:textId="77777777" w:rsidR="00642F65" w:rsidRDefault="00000000">
            <w:pPr>
              <w:spacing w:before="120" w:after="60"/>
            </w:pPr>
            <w:r>
              <w:rPr>
                <w:b/>
                <w:sz w:val="21"/>
              </w:rPr>
              <w:t>4. Rental Fee, Penalty, Deposit</w:t>
            </w:r>
          </w:p>
        </w:tc>
      </w:tr>
      <w:tr w:rsidR="00BA1BB4" w14:paraId="37F20A33"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BBC69F7" w14:textId="77777777" w:rsidR="00BA1BB4" w:rsidRDefault="00000000">
            <w:pPr>
              <w:spacing w:after="0" w:line="240" w:lineRule="auto"/>
            </w:pPr>
            <w:r>
              <w:t>4.1</w:t>
            </w:r>
            <w:r>
              <w:tab/>
              <w:t xml:space="preserve">A Felek </w:t>
            </w:r>
            <w:proofErr w:type="spellStart"/>
            <w:r>
              <w:t>megállapodnak</w:t>
            </w:r>
            <w:proofErr w:type="spellEnd"/>
            <w:r>
              <w:t xml:space="preserve">, </w:t>
            </w:r>
            <w:proofErr w:type="spellStart"/>
            <w:r>
              <w:t>hogy</w:t>
            </w:r>
            <w:proofErr w:type="spellEnd"/>
            <w:r>
              <w:t xml:space="preserve"> a </w:t>
            </w:r>
            <w:proofErr w:type="spellStart"/>
            <w:r>
              <w:t>Bérleti</w:t>
            </w:r>
            <w:proofErr w:type="spellEnd"/>
            <w:r>
              <w:t xml:space="preserve"> </w:t>
            </w:r>
            <w:proofErr w:type="spellStart"/>
            <w:r>
              <w:t>időtartam</w:t>
            </w:r>
            <w:proofErr w:type="spellEnd"/>
            <w:r>
              <w:t xml:space="preserve"> </w:t>
            </w:r>
            <w:proofErr w:type="spellStart"/>
            <w:r>
              <w:t>alatt</w:t>
            </w:r>
            <w:proofErr w:type="spellEnd"/>
            <w:r>
              <w:t xml:space="preserve"> a </w:t>
            </w:r>
            <w:proofErr w:type="spellStart"/>
            <w:r>
              <w:t>Gépjármű</w:t>
            </w:r>
            <w:proofErr w:type="spellEnd"/>
            <w:r>
              <w:t xml:space="preserve"> </w:t>
            </w:r>
            <w:proofErr w:type="spellStart"/>
            <w:r>
              <w:t>futásteljesítménye</w:t>
            </w:r>
            <w:proofErr w:type="spellEnd"/>
            <w:r>
              <w:t xml:space="preserve"> nem </w:t>
            </w:r>
            <w:proofErr w:type="spellStart"/>
            <w:r>
              <w:t>haladhatja</w:t>
            </w:r>
            <w:proofErr w:type="spellEnd"/>
            <w:r>
              <w:t xml:space="preserve"> meg a </w:t>
            </w:r>
            <w:proofErr w:type="spellStart"/>
            <w:r>
              <w:t>napi</w:t>
            </w:r>
            <w:proofErr w:type="spellEnd"/>
            <w:r>
              <w:t xml:space="preserve"> 200 </w:t>
            </w:r>
            <w:proofErr w:type="spellStart"/>
            <w:r>
              <w:t>kilométert</w:t>
            </w:r>
            <w:proofErr w:type="spellEnd"/>
            <w:r>
              <w:t xml:space="preserve">. </w:t>
            </w:r>
            <w:proofErr w:type="spellStart"/>
            <w:r>
              <w:t>Amennyiben</w:t>
            </w:r>
            <w:proofErr w:type="spellEnd"/>
            <w:r>
              <w:t xml:space="preserve"> a </w:t>
            </w:r>
            <w:proofErr w:type="spellStart"/>
            <w:r>
              <w:t>Bérleti</w:t>
            </w:r>
            <w:proofErr w:type="spellEnd"/>
            <w:r>
              <w:t xml:space="preserve"> </w:t>
            </w:r>
            <w:proofErr w:type="spellStart"/>
            <w:r>
              <w:t>időtartam</w:t>
            </w:r>
            <w:proofErr w:type="spellEnd"/>
            <w:r>
              <w:t xml:space="preserve"> </w:t>
            </w:r>
            <w:proofErr w:type="spellStart"/>
            <w:r>
              <w:t>alatt</w:t>
            </w:r>
            <w:proofErr w:type="spellEnd"/>
            <w:r>
              <w:t xml:space="preserve"> a </w:t>
            </w:r>
            <w:proofErr w:type="spellStart"/>
            <w:r>
              <w:t>Gépjármű</w:t>
            </w:r>
            <w:proofErr w:type="spellEnd"/>
            <w:r>
              <w:t xml:space="preserve"> </w:t>
            </w:r>
            <w:proofErr w:type="spellStart"/>
            <w:r>
              <w:t>futásteljesítménye</w:t>
            </w:r>
            <w:proofErr w:type="spellEnd"/>
            <w:r>
              <w:t xml:space="preserve"> </w:t>
            </w:r>
            <w:proofErr w:type="spellStart"/>
            <w:r>
              <w:t>meghaladja</w:t>
            </w:r>
            <w:proofErr w:type="spellEnd"/>
            <w:r>
              <w:t xml:space="preserve"> a </w:t>
            </w:r>
            <w:proofErr w:type="spellStart"/>
            <w:r>
              <w:t>fenti</w:t>
            </w:r>
            <w:proofErr w:type="spellEnd"/>
            <w:r>
              <w:t xml:space="preserve"> </w:t>
            </w:r>
            <w:proofErr w:type="spellStart"/>
            <w:r>
              <w:t>mértéket</w:t>
            </w:r>
            <w:proofErr w:type="spellEnd"/>
            <w:r>
              <w:t xml:space="preserve">, </w:t>
            </w:r>
            <w:proofErr w:type="spellStart"/>
            <w:r>
              <w:t>abban</w:t>
            </w:r>
            <w:proofErr w:type="spellEnd"/>
            <w:r>
              <w:t xml:space="preserve"> </w:t>
            </w:r>
            <w:proofErr w:type="spellStart"/>
            <w:r>
              <w:t>az</w:t>
            </w:r>
            <w:proofErr w:type="spellEnd"/>
            <w:r>
              <w:t xml:space="preserve"> </w:t>
            </w:r>
            <w:proofErr w:type="spellStart"/>
            <w:r>
              <w:t>esetben</w:t>
            </w:r>
            <w:proofErr w:type="spellEnd"/>
            <w:r>
              <w:t xml:space="preserve"> a </w:t>
            </w:r>
            <w:proofErr w:type="spellStart"/>
            <w:r>
              <w:t>Bérlő</w:t>
            </w:r>
            <w:proofErr w:type="spellEnd"/>
            <w:r>
              <w:t xml:space="preserve"> a </w:t>
            </w:r>
            <w:proofErr w:type="spellStart"/>
            <w:r>
              <w:t>Bérleti</w:t>
            </w:r>
            <w:proofErr w:type="spellEnd"/>
            <w:r>
              <w:t xml:space="preserve"> </w:t>
            </w:r>
            <w:proofErr w:type="spellStart"/>
            <w:r>
              <w:t>díjon</w:t>
            </w:r>
            <w:proofErr w:type="spellEnd"/>
            <w:r>
              <w:t xml:space="preserve"> </w:t>
            </w:r>
            <w:proofErr w:type="spellStart"/>
            <w:r>
              <w:t>felül</w:t>
            </w:r>
            <w:proofErr w:type="spellEnd"/>
            <w:r>
              <w:t xml:space="preserve"> </w:t>
            </w:r>
            <w:proofErr w:type="spellStart"/>
            <w:r>
              <w:t>további</w:t>
            </w:r>
            <w:proofErr w:type="spellEnd"/>
            <w:r>
              <w:t xml:space="preserve"> 49 </w:t>
            </w:r>
            <w:proofErr w:type="spellStart"/>
            <w:r>
              <w:t>Ft+Áfa</w:t>
            </w:r>
            <w:proofErr w:type="spellEnd"/>
            <w:r>
              <w:t xml:space="preserve">/km </w:t>
            </w:r>
            <w:proofErr w:type="spellStart"/>
            <w:r>
              <w:t>összegű</w:t>
            </w:r>
            <w:proofErr w:type="spellEnd"/>
            <w:r>
              <w:t xml:space="preserve"> </w:t>
            </w:r>
            <w:proofErr w:type="spellStart"/>
            <w:r>
              <w:t>kiegészítő</w:t>
            </w:r>
            <w:proofErr w:type="spellEnd"/>
            <w:r>
              <w:t xml:space="preserve"> </w:t>
            </w:r>
            <w:proofErr w:type="spellStart"/>
            <w:r>
              <w:t>bérleti</w:t>
            </w:r>
            <w:proofErr w:type="spellEnd"/>
            <w:r>
              <w:t xml:space="preserve"> </w:t>
            </w:r>
            <w:proofErr w:type="spellStart"/>
            <w:r>
              <w:t>díj</w:t>
            </w:r>
            <w:proofErr w:type="spellEnd"/>
            <w:r>
              <w:t xml:space="preserve"> (a </w:t>
            </w:r>
            <w:proofErr w:type="spellStart"/>
            <w:r>
              <w:t>továbbiakban</w:t>
            </w:r>
            <w:proofErr w:type="spellEnd"/>
            <w:r>
              <w:t xml:space="preserve">: </w:t>
            </w:r>
            <w:proofErr w:type="spellStart"/>
            <w:r>
              <w:t>Kiegészítő</w:t>
            </w:r>
            <w:proofErr w:type="spellEnd"/>
            <w:r>
              <w:t xml:space="preserve"> </w:t>
            </w:r>
            <w:proofErr w:type="spellStart"/>
            <w:r>
              <w:t>bérleti</w:t>
            </w:r>
            <w:proofErr w:type="spellEnd"/>
            <w:r>
              <w:t xml:space="preserve"> </w:t>
            </w:r>
            <w:proofErr w:type="spellStart"/>
            <w:r>
              <w:t>díj</w:t>
            </w:r>
            <w:proofErr w:type="spellEnd"/>
            <w:r>
              <w:t xml:space="preserve">) </w:t>
            </w:r>
            <w:proofErr w:type="spellStart"/>
            <w:r>
              <w:t>fizetésére</w:t>
            </w:r>
            <w:proofErr w:type="spellEnd"/>
            <w:r>
              <w:t xml:space="preserve"> </w:t>
            </w:r>
            <w:proofErr w:type="spellStart"/>
            <w:r>
              <w:t>köteles</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639F17C" w14:textId="77777777" w:rsidR="00BA1BB4" w:rsidRDefault="00000000">
            <w:pPr>
              <w:spacing w:after="0" w:line="240" w:lineRule="auto"/>
            </w:pPr>
            <w:r>
              <w:t>4.1</w:t>
            </w:r>
            <w:r>
              <w:tab/>
              <w:t xml:space="preserve">The Parties agree that during the Rental Period the mileage of the Vehicle may not exceed 200 </w:t>
            </w:r>
            <w:proofErr w:type="spellStart"/>
            <w:r>
              <w:t>kilometres</w:t>
            </w:r>
            <w:proofErr w:type="spellEnd"/>
            <w:r>
              <w:t xml:space="preserve"> per day. If during the Rental Period the mileage of the Vehicle exceeds the above limit, then the Lessee shall be obliged to pay, in addition to the Rental Fee, an additional rental fee of HUF 49 + VAT/km (hereinafter: Additional Rental Fee).</w:t>
            </w:r>
          </w:p>
        </w:tc>
      </w:tr>
      <w:tr w:rsidR="00BA1BB4" w14:paraId="30B955C3"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B7E0C6F" w14:textId="77777777" w:rsidR="00BA1BB4" w:rsidRDefault="00000000">
            <w:pPr>
              <w:spacing w:after="0" w:line="240" w:lineRule="auto"/>
            </w:pPr>
            <w:r>
              <w:t>4.2</w:t>
            </w:r>
            <w:r>
              <w:tab/>
              <w:t xml:space="preserve">A </w:t>
            </w:r>
            <w:proofErr w:type="spellStart"/>
            <w:r>
              <w:t>gépjármű</w:t>
            </w:r>
            <w:proofErr w:type="spellEnd"/>
            <w:r>
              <w:t xml:space="preserve"> </w:t>
            </w:r>
            <w:proofErr w:type="spellStart"/>
            <w:r>
              <w:t>használatának</w:t>
            </w:r>
            <w:proofErr w:type="spellEnd"/>
            <w:r>
              <w:t xml:space="preserve"> </w:t>
            </w:r>
            <w:proofErr w:type="spellStart"/>
            <w:r>
              <w:t>helye</w:t>
            </w:r>
            <w:proofErr w:type="spellEnd"/>
            <w:r>
              <w:t xml:space="preserve">: </w:t>
            </w:r>
            <w:proofErr w:type="spellStart"/>
            <w:r>
              <w:t>Magyarország</w:t>
            </w:r>
            <w:proofErr w:type="spellEnd"/>
            <w:r>
              <w:t xml:space="preserve"> </w:t>
            </w:r>
            <w:proofErr w:type="spellStart"/>
            <w:r>
              <w:t>területe</w:t>
            </w:r>
            <w:proofErr w:type="spellEnd"/>
            <w:r>
              <w:t xml:space="preserve">, </w:t>
            </w:r>
            <w:proofErr w:type="spellStart"/>
            <w:r>
              <w:t>Európai</w:t>
            </w:r>
            <w:proofErr w:type="spellEnd"/>
            <w:r>
              <w:t xml:space="preserve"> </w:t>
            </w:r>
            <w:proofErr w:type="spellStart"/>
            <w:r>
              <w:t>Unió</w:t>
            </w:r>
            <w:proofErr w:type="spellEnd"/>
            <w:r>
              <w:t xml:space="preserve"> + </w:t>
            </w:r>
            <w:proofErr w:type="spellStart"/>
            <w:r>
              <w:t>Svájc</w:t>
            </w:r>
            <w:proofErr w:type="spellEnd"/>
            <w:r>
              <w:t xml:space="preserve">, </w:t>
            </w:r>
            <w:proofErr w:type="spellStart"/>
            <w:r>
              <w:t>kivéve</w:t>
            </w:r>
            <w:proofErr w:type="spellEnd"/>
            <w:r>
              <w:t xml:space="preserve">: </w:t>
            </w:r>
            <w:proofErr w:type="spellStart"/>
            <w:r>
              <w:t>Románia</w:t>
            </w:r>
            <w:proofErr w:type="spellEnd"/>
            <w:r>
              <w:t xml:space="preserve">, </w:t>
            </w:r>
            <w:proofErr w:type="spellStart"/>
            <w:r>
              <w:t>Észtország</w:t>
            </w:r>
            <w:proofErr w:type="spellEnd"/>
            <w:r>
              <w:t xml:space="preserve">, </w:t>
            </w:r>
            <w:proofErr w:type="spellStart"/>
            <w:r>
              <w:t>Bulgária</w:t>
            </w:r>
            <w:proofErr w:type="spellEnd"/>
            <w:r>
              <w:t xml:space="preserve">, </w:t>
            </w:r>
            <w:proofErr w:type="spellStart"/>
            <w:r>
              <w:t>Lettország</w:t>
            </w:r>
            <w:proofErr w:type="spellEnd"/>
            <w:r>
              <w:t xml:space="preserve">, </w:t>
            </w:r>
            <w:proofErr w:type="spellStart"/>
            <w:r>
              <w:t>Litvánia</w:t>
            </w:r>
            <w:proofErr w:type="spellEnd"/>
            <w:r>
              <w:t xml:space="preserve">. E </w:t>
            </w:r>
            <w:proofErr w:type="spellStart"/>
            <w:r>
              <w:t>szabály</w:t>
            </w:r>
            <w:proofErr w:type="spellEnd"/>
            <w:r>
              <w:t xml:space="preserve"> </w:t>
            </w:r>
            <w:proofErr w:type="spellStart"/>
            <w:r>
              <w:t>megszegése</w:t>
            </w:r>
            <w:proofErr w:type="spellEnd"/>
            <w:r>
              <w:t xml:space="preserve"> </w:t>
            </w:r>
            <w:proofErr w:type="spellStart"/>
            <w:r>
              <w:t>esetén</w:t>
            </w:r>
            <w:proofErr w:type="spellEnd"/>
            <w:r>
              <w:t xml:space="preserve"> </w:t>
            </w:r>
            <w:proofErr w:type="spellStart"/>
            <w:r>
              <w:t>az</w:t>
            </w:r>
            <w:proofErr w:type="spellEnd"/>
            <w:r>
              <w:t xml:space="preserve"> </w:t>
            </w:r>
            <w:proofErr w:type="spellStart"/>
            <w:r>
              <w:t>Óvadék</w:t>
            </w:r>
            <w:proofErr w:type="spellEnd"/>
            <w:r>
              <w:t xml:space="preserve"> nem </w:t>
            </w:r>
            <w:proofErr w:type="spellStart"/>
            <w:r>
              <w:t>jár</w:t>
            </w:r>
            <w:proofErr w:type="spellEnd"/>
            <w:r>
              <w:t xml:space="preserve"> </w:t>
            </w:r>
            <w:proofErr w:type="spellStart"/>
            <w:r>
              <w:t>vissza</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DAFEA39" w14:textId="77777777" w:rsidR="00BA1BB4" w:rsidRDefault="00000000">
            <w:pPr>
              <w:spacing w:after="0" w:line="240" w:lineRule="auto"/>
            </w:pPr>
            <w:r>
              <w:t>4.2</w:t>
            </w:r>
            <w:r>
              <w:tab/>
              <w:t>Territory of use of the vehicle: the territory of Hungary, the European Union + Switzerland, except: Romania, Estonia, Bulgaria, Latvia, Lithuania. In the event of violation of this rule, the Deposit shall not be refunded.</w:t>
            </w:r>
          </w:p>
        </w:tc>
      </w:tr>
      <w:tr w:rsidR="00BA1BB4" w14:paraId="54876EEA"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11BF780" w14:textId="6F95A980" w:rsidR="00BA1BB4" w:rsidRPr="004D2E6C" w:rsidRDefault="00000000">
            <w:pPr>
              <w:spacing w:after="0" w:line="240" w:lineRule="auto"/>
              <w:rPr>
                <w:color w:val="000000" w:themeColor="text1"/>
              </w:rPr>
            </w:pPr>
            <w:r w:rsidRPr="004D2E6C">
              <w:rPr>
                <w:color w:val="000000" w:themeColor="text1"/>
              </w:rPr>
              <w:t>4.3</w:t>
            </w:r>
            <w:r w:rsidRPr="004D2E6C">
              <w:rPr>
                <w:color w:val="000000" w:themeColor="text1"/>
              </w:rPr>
              <w:tab/>
              <w:t xml:space="preserve">A </w:t>
            </w:r>
            <w:proofErr w:type="spellStart"/>
            <w:r w:rsidRPr="004D2E6C">
              <w:rPr>
                <w:color w:val="000000" w:themeColor="text1"/>
              </w:rPr>
              <w:t>bérleti</w:t>
            </w:r>
            <w:proofErr w:type="spellEnd"/>
            <w:r w:rsidRPr="004D2E6C">
              <w:rPr>
                <w:color w:val="000000" w:themeColor="text1"/>
              </w:rPr>
              <w:t xml:space="preserve"> </w:t>
            </w:r>
            <w:proofErr w:type="spellStart"/>
            <w:r w:rsidRPr="004D2E6C">
              <w:rPr>
                <w:color w:val="000000" w:themeColor="text1"/>
              </w:rPr>
              <w:t>díj</w:t>
            </w:r>
            <w:proofErr w:type="spellEnd"/>
            <w:r w:rsidRPr="004D2E6C">
              <w:rPr>
                <w:color w:val="000000" w:themeColor="text1"/>
              </w:rPr>
              <w:t xml:space="preserve"> (a </w:t>
            </w:r>
            <w:proofErr w:type="spellStart"/>
            <w:r w:rsidRPr="004D2E6C">
              <w:rPr>
                <w:color w:val="000000" w:themeColor="text1"/>
              </w:rPr>
              <w:t>továbbiakban</w:t>
            </w:r>
            <w:proofErr w:type="spellEnd"/>
            <w:r w:rsidRPr="004D2E6C">
              <w:rPr>
                <w:color w:val="000000" w:themeColor="text1"/>
              </w:rPr>
              <w:t xml:space="preserve">: </w:t>
            </w:r>
            <w:proofErr w:type="spellStart"/>
            <w:r w:rsidRPr="004D2E6C">
              <w:rPr>
                <w:color w:val="000000" w:themeColor="text1"/>
              </w:rPr>
              <w:t>Bérleti</w:t>
            </w:r>
            <w:proofErr w:type="spellEnd"/>
            <w:r w:rsidRPr="004D2E6C">
              <w:rPr>
                <w:color w:val="000000" w:themeColor="text1"/>
              </w:rPr>
              <w:t xml:space="preserve"> </w:t>
            </w:r>
            <w:proofErr w:type="spellStart"/>
            <w:r w:rsidRPr="004D2E6C">
              <w:rPr>
                <w:color w:val="000000" w:themeColor="text1"/>
              </w:rPr>
              <w:t>díj</w:t>
            </w:r>
            <w:proofErr w:type="spellEnd"/>
            <w:r w:rsidRPr="004D2E6C">
              <w:rPr>
                <w:color w:val="000000" w:themeColor="text1"/>
              </w:rPr>
              <w:t xml:space="preserve">) </w:t>
            </w:r>
            <w:proofErr w:type="spellStart"/>
            <w:r w:rsidRPr="004D2E6C">
              <w:rPr>
                <w:color w:val="000000" w:themeColor="text1"/>
              </w:rPr>
              <w:t>összege</w:t>
            </w:r>
            <w:proofErr w:type="spellEnd"/>
            <w:r w:rsidRPr="004D2E6C">
              <w:rPr>
                <w:color w:val="000000" w:themeColor="text1"/>
              </w:rPr>
              <w:t xml:space="preserve">: </w:t>
            </w:r>
            <w:bookmarkStart w:id="7" w:name="RENTAL_FEE"/>
            <w:sdt>
              <w:sdtPr>
                <w:rPr>
                  <w:b/>
                  <w:bCs/>
                  <w:color w:val="000000" w:themeColor="text1"/>
                </w:rPr>
                <w:alias w:val="RENTAL_FEE"/>
                <w:tag w:val="RENTAL_FEE"/>
                <w:id w:val="1252388753"/>
                <w:text/>
              </w:sdtPr>
              <w:sdtContent>
                <w:r w:rsidR="004D2E6C" w:rsidRPr="002F2EFE">
                  <w:rPr>
                    <w:b/>
                    <w:bCs/>
                    <w:color w:val="000000" w:themeColor="text1"/>
                  </w:rPr>
                  <w:t>39 900</w:t>
                </w:r>
              </w:sdtContent>
            </w:sdt>
            <w:bookmarkEnd w:id="7"/>
            <w:r w:rsidRPr="004D2E6C">
              <w:rPr>
                <w:color w:val="000000" w:themeColor="text1"/>
              </w:rPr>
              <w:t xml:space="preserve"> Ft + </w:t>
            </w:r>
            <w:proofErr w:type="spellStart"/>
            <w:r w:rsidRPr="004D2E6C">
              <w:rPr>
                <w:color w:val="000000" w:themeColor="text1"/>
              </w:rPr>
              <w:t>Áfa</w:t>
            </w:r>
            <w:proofErr w:type="spellEnd"/>
            <w:r w:rsidRPr="004D2E6C">
              <w:rPr>
                <w:color w:val="000000" w:themeColor="text1"/>
              </w:rPr>
              <w:t xml:space="preserve">, </w:t>
            </w:r>
            <w:proofErr w:type="spellStart"/>
            <w:r w:rsidRPr="004D2E6C">
              <w:rPr>
                <w:color w:val="000000" w:themeColor="text1"/>
              </w:rPr>
              <w:t>mely</w:t>
            </w:r>
            <w:proofErr w:type="spellEnd"/>
            <w:r w:rsidRPr="004D2E6C">
              <w:rPr>
                <w:color w:val="000000" w:themeColor="text1"/>
              </w:rPr>
              <w:t xml:space="preserve"> </w:t>
            </w:r>
            <w:proofErr w:type="spellStart"/>
            <w:r w:rsidRPr="004D2E6C">
              <w:rPr>
                <w:color w:val="000000" w:themeColor="text1"/>
              </w:rPr>
              <w:t>átvételkor</w:t>
            </w:r>
            <w:proofErr w:type="spellEnd"/>
            <w:r w:rsidRPr="004D2E6C">
              <w:rPr>
                <w:color w:val="000000" w:themeColor="text1"/>
              </w:rPr>
              <w:t xml:space="preserve"> </w:t>
            </w:r>
            <w:proofErr w:type="spellStart"/>
            <w:r w:rsidRPr="004D2E6C">
              <w:rPr>
                <w:color w:val="000000" w:themeColor="text1"/>
              </w:rPr>
              <w:t>fizetendő</w:t>
            </w:r>
            <w:proofErr w:type="spellEnd"/>
            <w:r w:rsidRPr="004D2E6C">
              <w:rPr>
                <w:color w:val="000000" w:themeColor="text1"/>
              </w:rPr>
              <w:t xml:space="preserve"> a </w:t>
            </w:r>
            <w:proofErr w:type="spellStart"/>
            <w:r w:rsidRPr="004D2E6C">
              <w:rPr>
                <w:color w:val="000000" w:themeColor="text1"/>
              </w:rPr>
              <w:t>számla</w:t>
            </w:r>
            <w:proofErr w:type="spellEnd"/>
            <w:r w:rsidRPr="004D2E6C">
              <w:rPr>
                <w:color w:val="000000" w:themeColor="text1"/>
              </w:rPr>
              <w:t xml:space="preserve"> </w:t>
            </w:r>
            <w:proofErr w:type="spellStart"/>
            <w:r w:rsidRPr="004D2E6C">
              <w:rPr>
                <w:color w:val="000000" w:themeColor="text1"/>
              </w:rPr>
              <w:t>kiállításával</w:t>
            </w:r>
            <w:proofErr w:type="spellEnd"/>
            <w:r w:rsidRPr="004D2E6C">
              <w:rPr>
                <w:color w:val="000000" w:themeColor="text1"/>
              </w:rPr>
              <w:t xml:space="preserve"> </w:t>
            </w:r>
            <w:proofErr w:type="spellStart"/>
            <w:r w:rsidRPr="004D2E6C">
              <w:rPr>
                <w:color w:val="000000" w:themeColor="text1"/>
              </w:rPr>
              <w:t>egyidejűleg</w:t>
            </w:r>
            <w:proofErr w:type="spellEnd"/>
            <w:r w:rsidRPr="004D2E6C">
              <w:rPr>
                <w:color w:val="000000" w:themeColor="text1"/>
              </w:rP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8F2C54A" w14:textId="70B5A322" w:rsidR="00BA1BB4" w:rsidRPr="004D2E6C" w:rsidRDefault="00000000">
            <w:pPr>
              <w:spacing w:after="0" w:line="240" w:lineRule="auto"/>
              <w:rPr>
                <w:color w:val="000000" w:themeColor="text1"/>
              </w:rPr>
            </w:pPr>
            <w:r w:rsidRPr="004D2E6C">
              <w:rPr>
                <w:color w:val="000000" w:themeColor="text1"/>
              </w:rPr>
              <w:t>4.3</w:t>
            </w:r>
            <w:r w:rsidRPr="004D2E6C">
              <w:rPr>
                <w:color w:val="000000" w:themeColor="text1"/>
              </w:rPr>
              <w:tab/>
              <w:t xml:space="preserve">The rental fee (hereinafter: Rental Fee) amounts to: </w:t>
            </w:r>
            <w:r w:rsidRPr="00D312E9">
              <w:rPr>
                <w:b/>
                <w:bCs/>
                <w:color w:val="000000" w:themeColor="text1"/>
              </w:rPr>
              <w:fldChar w:fldCharType="begin"/>
            </w:r>
            <w:r w:rsidRPr="00D312E9">
              <w:rPr>
                <w:b/>
                <w:bCs/>
                <w:color w:val="000000" w:themeColor="text1"/>
              </w:rPr>
              <w:instrText xml:space="preserve"> REF RENTAL_FEE \h </w:instrText>
            </w:r>
            <w:r w:rsidRPr="00D312E9">
              <w:rPr>
                <w:b/>
                <w:bCs/>
                <w:color w:val="000000" w:themeColor="text1"/>
              </w:rPr>
            </w:r>
            <w:r w:rsidRPr="00D312E9">
              <w:rPr>
                <w:b/>
                <w:bCs/>
                <w:color w:val="000000" w:themeColor="text1"/>
              </w:rPr>
              <w:fldChar w:fldCharType="separate"/>
            </w:r>
            <w:sdt>
              <w:sdtPr>
                <w:rPr>
                  <w:b/>
                  <w:bCs/>
                  <w:color w:val="000000" w:themeColor="text1"/>
                </w:rPr>
                <w:alias w:val="RENTAL_FEE"/>
                <w:tag w:val="RENTAL_FEE"/>
                <w:id w:val="1359631357"/>
                <w:text/>
              </w:sdtPr>
              <w:sdtContent>
                <w:r w:rsidR="001E36F2" w:rsidRPr="00D312E9">
                  <w:rPr>
                    <w:b/>
                    <w:bCs/>
                    <w:color w:val="000000" w:themeColor="text1"/>
                  </w:rPr>
                  <w:t>39 900</w:t>
                </w:r>
              </w:sdtContent>
            </w:sdt>
            <w:r w:rsidRPr="00D312E9">
              <w:rPr>
                <w:b/>
                <w:bCs/>
                <w:color w:val="000000" w:themeColor="text1"/>
              </w:rPr>
              <w:fldChar w:fldCharType="end"/>
            </w:r>
            <w:r w:rsidRPr="00D312E9">
              <w:rPr>
                <w:b/>
                <w:bCs/>
                <w:color w:val="000000" w:themeColor="text1"/>
              </w:rPr>
              <w:t xml:space="preserve"> HUF + VAT</w:t>
            </w:r>
            <w:r w:rsidRPr="004D2E6C">
              <w:rPr>
                <w:color w:val="000000" w:themeColor="text1"/>
              </w:rPr>
              <w:t>, payable upon taking over the vehicle simultaneously with the issuance of the invoice.</w:t>
            </w:r>
          </w:p>
        </w:tc>
      </w:tr>
      <w:tr w:rsidR="00BA1BB4" w14:paraId="35D3A952"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shd w:val="clear" w:color="auto" w:fill="F5F5F5"/>
            <w:tcMar>
              <w:top w:w="80" w:type="dxa"/>
              <w:left w:w="110" w:type="dxa"/>
              <w:bottom w:w="80" w:type="dxa"/>
              <w:right w:w="110" w:type="dxa"/>
            </w:tcMar>
          </w:tcPr>
          <w:p w14:paraId="6AB6E856" w14:textId="77777777" w:rsidR="00BA1BB4" w:rsidRDefault="00000000">
            <w:pPr>
              <w:spacing w:after="0" w:line="240" w:lineRule="auto"/>
            </w:pPr>
            <w:r>
              <w:rPr>
                <w:b/>
              </w:rPr>
              <w:t>4.4</w:t>
            </w:r>
            <w:r>
              <w:rPr>
                <w:b/>
              </w:rPr>
              <w:tab/>
              <w:t xml:space="preserve">Az </w:t>
            </w:r>
            <w:proofErr w:type="spellStart"/>
            <w:r>
              <w:rPr>
                <w:b/>
              </w:rPr>
              <w:t>ár</w:t>
            </w:r>
            <w:proofErr w:type="spellEnd"/>
            <w:r>
              <w:rPr>
                <w:b/>
              </w:rPr>
              <w:t xml:space="preserve"> a </w:t>
            </w:r>
            <w:proofErr w:type="spellStart"/>
            <w:r>
              <w:rPr>
                <w:b/>
              </w:rPr>
              <w:t>következőket</w:t>
            </w:r>
            <w:proofErr w:type="spellEnd"/>
            <w:r>
              <w:rPr>
                <w:b/>
              </w:rPr>
              <w:t xml:space="preserve"> </w:t>
            </w:r>
            <w:proofErr w:type="spellStart"/>
            <w:r>
              <w:rPr>
                <w:b/>
              </w:rPr>
              <w:t>tartalmazza</w:t>
            </w:r>
            <w:proofErr w:type="spellEnd"/>
            <w:r>
              <w:rPr>
                <w:b/>
              </w:rPr>
              <w:t>:</w:t>
            </w:r>
          </w:p>
        </w:tc>
        <w:tc>
          <w:tcPr>
            <w:tcW w:w="7739" w:type="dxa"/>
            <w:tcBorders>
              <w:top w:val="single" w:sz="4" w:space="0" w:color="D0D0D0"/>
              <w:left w:val="single" w:sz="4" w:space="0" w:color="D0D0D0"/>
              <w:bottom w:val="single" w:sz="4" w:space="0" w:color="D0D0D0"/>
              <w:right w:val="single" w:sz="4" w:space="0" w:color="D0D0D0"/>
            </w:tcBorders>
            <w:shd w:val="clear" w:color="auto" w:fill="F5F5F5"/>
            <w:tcMar>
              <w:top w:w="80" w:type="dxa"/>
              <w:left w:w="110" w:type="dxa"/>
              <w:bottom w:w="80" w:type="dxa"/>
              <w:right w:w="110" w:type="dxa"/>
            </w:tcMar>
          </w:tcPr>
          <w:p w14:paraId="05FC2993" w14:textId="77777777" w:rsidR="00BA1BB4" w:rsidRDefault="00000000">
            <w:pPr>
              <w:spacing w:after="0" w:line="240" w:lineRule="auto"/>
            </w:pPr>
            <w:r>
              <w:rPr>
                <w:b/>
              </w:rPr>
              <w:t>4.4</w:t>
            </w:r>
            <w:r>
              <w:rPr>
                <w:b/>
              </w:rPr>
              <w:tab/>
              <w:t>The price includes the following:</w:t>
            </w:r>
          </w:p>
        </w:tc>
      </w:tr>
      <w:tr w:rsidR="00BA1BB4" w14:paraId="2A399C8B"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4137C1E" w14:textId="14CA088E" w:rsidR="00BA1BB4" w:rsidRDefault="00000000">
            <w:pPr>
              <w:spacing w:after="0" w:line="240" w:lineRule="auto"/>
              <w:ind w:left="170"/>
            </w:pPr>
            <w:r>
              <w:t>4.4.1</w:t>
            </w:r>
            <w:r>
              <w:tab/>
              <w:t xml:space="preserve">200 km </w:t>
            </w:r>
            <w:proofErr w:type="spellStart"/>
            <w:r>
              <w:t>futás</w:t>
            </w:r>
            <w:proofErr w:type="spellEnd"/>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A8D4FC2" w14:textId="44F368A1" w:rsidR="00BA1BB4" w:rsidRDefault="00000000">
            <w:pPr>
              <w:spacing w:after="0" w:line="240" w:lineRule="auto"/>
              <w:ind w:left="170"/>
            </w:pPr>
            <w:r>
              <w:t>4.4.1</w:t>
            </w:r>
            <w:r>
              <w:tab/>
              <w:t>200 km mileage</w:t>
            </w:r>
          </w:p>
        </w:tc>
      </w:tr>
      <w:tr w:rsidR="00BA1BB4" w14:paraId="4F8008AE"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F375CE1" w14:textId="77777777" w:rsidR="00BA1BB4" w:rsidRDefault="00000000">
            <w:pPr>
              <w:spacing w:after="0" w:line="240" w:lineRule="auto"/>
              <w:ind w:left="170"/>
            </w:pPr>
            <w:r>
              <w:lastRenderedPageBreak/>
              <w:t>4.4.2</w:t>
            </w:r>
            <w:r>
              <w:tab/>
            </w:r>
            <w:proofErr w:type="spellStart"/>
            <w:r>
              <w:t>magyarországi</w:t>
            </w:r>
            <w:proofErr w:type="spellEnd"/>
            <w:r>
              <w:t xml:space="preserve"> </w:t>
            </w:r>
            <w:proofErr w:type="spellStart"/>
            <w:r>
              <w:t>autópályamatrica</w:t>
            </w:r>
            <w:proofErr w:type="spellEnd"/>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9F32285" w14:textId="77777777" w:rsidR="00BA1BB4" w:rsidRDefault="00000000">
            <w:pPr>
              <w:spacing w:after="0" w:line="240" w:lineRule="auto"/>
              <w:ind w:left="170"/>
            </w:pPr>
            <w:r>
              <w:t>4.4.2</w:t>
            </w:r>
            <w:r>
              <w:tab/>
              <w:t>Hungarian motorway vignette</w:t>
            </w:r>
          </w:p>
        </w:tc>
      </w:tr>
      <w:tr w:rsidR="00BA1BB4" w14:paraId="23FAA185"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DD9D62C" w14:textId="77777777" w:rsidR="00BA1BB4" w:rsidRDefault="00000000">
            <w:pPr>
              <w:spacing w:after="0" w:line="240" w:lineRule="auto"/>
              <w:ind w:left="170"/>
            </w:pPr>
            <w:r>
              <w:t>4.4.3</w:t>
            </w:r>
            <w:r>
              <w:tab/>
              <w:t xml:space="preserve">KGFB </w:t>
            </w:r>
            <w:proofErr w:type="spellStart"/>
            <w:r>
              <w:t>és</w:t>
            </w:r>
            <w:proofErr w:type="spellEnd"/>
            <w:r>
              <w:t xml:space="preserve"> CASCO </w:t>
            </w:r>
            <w:proofErr w:type="spellStart"/>
            <w:r>
              <w:t>biztosítás</w:t>
            </w:r>
            <w:proofErr w:type="spellEnd"/>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8FA4375" w14:textId="77777777" w:rsidR="00BA1BB4" w:rsidRDefault="00000000">
            <w:pPr>
              <w:spacing w:after="0" w:line="240" w:lineRule="auto"/>
              <w:ind w:left="170"/>
            </w:pPr>
            <w:r>
              <w:t>4.4.3</w:t>
            </w:r>
            <w:r>
              <w:tab/>
              <w:t>Compulsory third-party liability insurance and CASCO insurance</w:t>
            </w:r>
          </w:p>
        </w:tc>
      </w:tr>
      <w:tr w:rsidR="00BA1BB4" w14:paraId="359BF9D7"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1131FC4" w14:textId="65D9768B" w:rsidR="00BA1BB4" w:rsidRDefault="00000000">
            <w:pPr>
              <w:spacing w:after="0" w:line="240" w:lineRule="auto"/>
              <w:ind w:left="170"/>
            </w:pPr>
            <w:r>
              <w:t>4.4.4</w:t>
            </w:r>
            <w:r>
              <w:tab/>
            </w:r>
            <w:r w:rsidR="008E476C">
              <w:t>Mercedes</w:t>
            </w:r>
            <w:r>
              <w:t xml:space="preserve"> Assistance </w:t>
            </w:r>
            <w:proofErr w:type="spellStart"/>
            <w:r>
              <w:t>teljes</w:t>
            </w:r>
            <w:proofErr w:type="spellEnd"/>
            <w:r>
              <w:t xml:space="preserve"> EU-</w:t>
            </w:r>
            <w:proofErr w:type="spellStart"/>
            <w:r>
              <w:t>ra</w:t>
            </w:r>
            <w:proofErr w:type="spellEnd"/>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5B681BD" w14:textId="52DF9999" w:rsidR="00BA1BB4" w:rsidRDefault="00000000">
            <w:pPr>
              <w:spacing w:after="0" w:line="240" w:lineRule="auto"/>
              <w:ind w:left="170"/>
            </w:pPr>
            <w:r>
              <w:t>4.4.4</w:t>
            </w:r>
            <w:r>
              <w:tab/>
            </w:r>
            <w:r w:rsidR="008E476C">
              <w:t>Mercedes</w:t>
            </w:r>
            <w:r>
              <w:t xml:space="preserve"> Assistance for the entire EU</w:t>
            </w:r>
          </w:p>
        </w:tc>
      </w:tr>
      <w:tr w:rsidR="00BA1BB4" w14:paraId="6CD7F0B8"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BCC8034" w14:textId="2F82A938" w:rsidR="00BA1BB4" w:rsidRDefault="00000000">
            <w:pPr>
              <w:spacing w:after="0" w:line="240" w:lineRule="auto"/>
            </w:pPr>
            <w:r>
              <w:t>4.5</w:t>
            </w:r>
            <w:r>
              <w:tab/>
              <w:t xml:space="preserve">Az </w:t>
            </w:r>
            <w:proofErr w:type="spellStart"/>
            <w:r>
              <w:t>óvadék</w:t>
            </w:r>
            <w:proofErr w:type="spellEnd"/>
            <w:r>
              <w:t xml:space="preserve"> (a </w:t>
            </w:r>
            <w:proofErr w:type="spellStart"/>
            <w:r>
              <w:t>továbbiakban</w:t>
            </w:r>
            <w:proofErr w:type="spellEnd"/>
            <w:r>
              <w:t xml:space="preserve">: </w:t>
            </w:r>
            <w:proofErr w:type="spellStart"/>
            <w:r>
              <w:t>Óvadék</w:t>
            </w:r>
            <w:proofErr w:type="spellEnd"/>
            <w:r>
              <w:t xml:space="preserve">) </w:t>
            </w:r>
            <w:proofErr w:type="spellStart"/>
            <w:r>
              <w:t>összege</w:t>
            </w:r>
            <w:proofErr w:type="spellEnd"/>
            <w:r>
              <w:t xml:space="preserve">: </w:t>
            </w:r>
            <w:r w:rsidR="000631C9">
              <w:t>5</w:t>
            </w:r>
            <w:r>
              <w:t xml:space="preserve">00 000 Ft, </w:t>
            </w:r>
            <w:proofErr w:type="spellStart"/>
            <w:r>
              <w:t>azaz</w:t>
            </w:r>
            <w:proofErr w:type="spellEnd"/>
            <w:r>
              <w:t xml:space="preserve"> </w:t>
            </w:r>
            <w:proofErr w:type="spellStart"/>
            <w:r w:rsidR="000631C9">
              <w:t>Ötszázezer</w:t>
            </w:r>
            <w:proofErr w:type="spellEnd"/>
            <w:r>
              <w:t xml:space="preserve"> Forint. A </w:t>
            </w:r>
            <w:proofErr w:type="spellStart"/>
            <w:r>
              <w:t>jelen</w:t>
            </w:r>
            <w:proofErr w:type="spellEnd"/>
            <w:r>
              <w:t xml:space="preserve"> </w:t>
            </w:r>
            <w:proofErr w:type="spellStart"/>
            <w:r>
              <w:t>Szerződés</w:t>
            </w:r>
            <w:proofErr w:type="spellEnd"/>
            <w:r>
              <w:t xml:space="preserve"> </w:t>
            </w:r>
            <w:proofErr w:type="spellStart"/>
            <w:r>
              <w:t>aláírásával</w:t>
            </w:r>
            <w:proofErr w:type="spellEnd"/>
            <w:r>
              <w:t xml:space="preserve"> </w:t>
            </w:r>
            <w:proofErr w:type="spellStart"/>
            <w:r>
              <w:t>Bérbeadó</w:t>
            </w:r>
            <w:proofErr w:type="spellEnd"/>
            <w:r>
              <w:t xml:space="preserve"> </w:t>
            </w:r>
            <w:proofErr w:type="spellStart"/>
            <w:r>
              <w:t>elismeri</w:t>
            </w:r>
            <w:proofErr w:type="spellEnd"/>
            <w:r>
              <w:t xml:space="preserve"> </w:t>
            </w:r>
            <w:proofErr w:type="spellStart"/>
            <w:r>
              <w:t>az</w:t>
            </w:r>
            <w:proofErr w:type="spellEnd"/>
            <w:r>
              <w:t xml:space="preserve"> </w:t>
            </w:r>
            <w:proofErr w:type="spellStart"/>
            <w:r>
              <w:t>Óvadék</w:t>
            </w:r>
            <w:proofErr w:type="spellEnd"/>
            <w:r>
              <w:t xml:space="preserve"> </w:t>
            </w:r>
            <w:proofErr w:type="spellStart"/>
            <w:r>
              <w:t>összegének</w:t>
            </w:r>
            <w:proofErr w:type="spellEnd"/>
            <w:r>
              <w:t xml:space="preserve"> </w:t>
            </w:r>
            <w:proofErr w:type="spellStart"/>
            <w:r>
              <w:t>átvételét</w:t>
            </w:r>
            <w:proofErr w:type="spellEnd"/>
            <w:r>
              <w:t xml:space="preserve">. </w:t>
            </w:r>
            <w:proofErr w:type="spellStart"/>
            <w:r>
              <w:t>Szerződő</w:t>
            </w:r>
            <w:proofErr w:type="spellEnd"/>
            <w:r>
              <w:t xml:space="preserve"> </w:t>
            </w:r>
            <w:proofErr w:type="spellStart"/>
            <w:r>
              <w:t>felek</w:t>
            </w:r>
            <w:proofErr w:type="spellEnd"/>
            <w:r>
              <w:t xml:space="preserve"> </w:t>
            </w:r>
            <w:proofErr w:type="spellStart"/>
            <w:r>
              <w:t>rögzítik</w:t>
            </w:r>
            <w:proofErr w:type="spellEnd"/>
            <w:r>
              <w:t xml:space="preserve">, </w:t>
            </w:r>
            <w:proofErr w:type="spellStart"/>
            <w:r>
              <w:t>hogy</w:t>
            </w:r>
            <w:proofErr w:type="spellEnd"/>
            <w:r>
              <w:t xml:space="preserve"> </w:t>
            </w:r>
            <w:proofErr w:type="spellStart"/>
            <w:r>
              <w:t>az</w:t>
            </w:r>
            <w:proofErr w:type="spellEnd"/>
            <w:r>
              <w:t xml:space="preserve"> </w:t>
            </w:r>
            <w:proofErr w:type="spellStart"/>
            <w:r>
              <w:t>Óvadék</w:t>
            </w:r>
            <w:proofErr w:type="spellEnd"/>
            <w:r>
              <w:t xml:space="preserve"> </w:t>
            </w:r>
            <w:proofErr w:type="spellStart"/>
            <w:r>
              <w:t>összegét</w:t>
            </w:r>
            <w:proofErr w:type="spellEnd"/>
            <w:r>
              <w:t xml:space="preserve"> </w:t>
            </w:r>
            <w:proofErr w:type="spellStart"/>
            <w:r>
              <w:t>az</w:t>
            </w:r>
            <w:proofErr w:type="spellEnd"/>
            <w:r>
              <w:t xml:space="preserve"> </w:t>
            </w:r>
            <w:proofErr w:type="spellStart"/>
            <w:r>
              <w:t>esetleges</w:t>
            </w:r>
            <w:proofErr w:type="spellEnd"/>
            <w:r>
              <w:t xml:space="preserve"> </w:t>
            </w:r>
            <w:proofErr w:type="spellStart"/>
            <w:r>
              <w:t>Kiegészítő</w:t>
            </w:r>
            <w:proofErr w:type="spellEnd"/>
            <w:r>
              <w:t xml:space="preserve"> </w:t>
            </w:r>
            <w:proofErr w:type="spellStart"/>
            <w:r>
              <w:t>bérleti</w:t>
            </w:r>
            <w:proofErr w:type="spellEnd"/>
            <w:r>
              <w:t xml:space="preserve"> </w:t>
            </w:r>
            <w:proofErr w:type="spellStart"/>
            <w:r>
              <w:t>díj</w:t>
            </w:r>
            <w:proofErr w:type="spellEnd"/>
            <w:r>
              <w:t xml:space="preserve"> </w:t>
            </w:r>
            <w:proofErr w:type="spellStart"/>
            <w:r>
              <w:t>elszámolásával</w:t>
            </w:r>
            <w:proofErr w:type="spellEnd"/>
            <w:r>
              <w:t xml:space="preserve"> </w:t>
            </w:r>
            <w:proofErr w:type="spellStart"/>
            <w:r>
              <w:t>egyidejűleg</w:t>
            </w:r>
            <w:proofErr w:type="spellEnd"/>
            <w:r>
              <w:t xml:space="preserve"> </w:t>
            </w:r>
            <w:proofErr w:type="spellStart"/>
            <w:r>
              <w:t>fizeti</w:t>
            </w:r>
            <w:proofErr w:type="spellEnd"/>
            <w:r>
              <w:t xml:space="preserve"> </w:t>
            </w:r>
            <w:proofErr w:type="spellStart"/>
            <w:r>
              <w:t>vissza</w:t>
            </w:r>
            <w:proofErr w:type="spellEnd"/>
            <w:r>
              <w:t xml:space="preserve"> </w:t>
            </w:r>
            <w:proofErr w:type="spellStart"/>
            <w:r>
              <w:t>Bérlő</w:t>
            </w:r>
            <w:proofErr w:type="spellEnd"/>
            <w:r>
              <w:t xml:space="preserve"> </w:t>
            </w:r>
            <w:proofErr w:type="spellStart"/>
            <w:r>
              <w:t>kezeihez</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F5F0F3A" w14:textId="072BF85A" w:rsidR="00BA1BB4" w:rsidRDefault="00000000">
            <w:pPr>
              <w:spacing w:after="0" w:line="240" w:lineRule="auto"/>
            </w:pPr>
            <w:r>
              <w:t>4.5</w:t>
            </w:r>
            <w:r>
              <w:tab/>
              <w:t xml:space="preserve">The amount of the deposit (hereinafter: Deposit) is HUF </w:t>
            </w:r>
            <w:r w:rsidR="000631C9">
              <w:t>5</w:t>
            </w:r>
            <w:r>
              <w:t xml:space="preserve">00,000, i.e. </w:t>
            </w:r>
            <w:r w:rsidR="000631C9">
              <w:t>Five</w:t>
            </w:r>
            <w:r>
              <w:t xml:space="preserve"> Hundred Thousand Forints. By signing this Contract, the Lessor acknowledges receipt of the Deposit amount. The Contracting Parties record that the Deposit amount shall be returned into the hands of the Lessee simultaneously with the settlement of any Additional Rental Fee.</w:t>
            </w:r>
          </w:p>
        </w:tc>
      </w:tr>
      <w:tr w:rsidR="00BA1BB4" w14:paraId="23571577"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shd w:val="clear" w:color="auto" w:fill="F5F5F5"/>
            <w:tcMar>
              <w:top w:w="80" w:type="dxa"/>
              <w:left w:w="110" w:type="dxa"/>
              <w:bottom w:w="80" w:type="dxa"/>
              <w:right w:w="110" w:type="dxa"/>
            </w:tcMar>
          </w:tcPr>
          <w:p w14:paraId="333ABC14" w14:textId="77777777" w:rsidR="00BA1BB4" w:rsidRDefault="00000000">
            <w:pPr>
              <w:spacing w:after="0" w:line="240" w:lineRule="auto"/>
            </w:pPr>
            <w:r>
              <w:rPr>
                <w:b/>
              </w:rPr>
              <w:t>4.6</w:t>
            </w:r>
            <w:r>
              <w:rPr>
                <w:b/>
              </w:rPr>
              <w:tab/>
            </w:r>
            <w:proofErr w:type="spellStart"/>
            <w:r>
              <w:rPr>
                <w:b/>
              </w:rPr>
              <w:t>Visszamondási</w:t>
            </w:r>
            <w:proofErr w:type="spellEnd"/>
            <w:r>
              <w:rPr>
                <w:b/>
              </w:rPr>
              <w:t xml:space="preserve"> </w:t>
            </w:r>
            <w:proofErr w:type="spellStart"/>
            <w:r>
              <w:rPr>
                <w:b/>
              </w:rPr>
              <w:t>feltételek</w:t>
            </w:r>
            <w:proofErr w:type="spellEnd"/>
            <w:r>
              <w:rPr>
                <w:b/>
              </w:rPr>
              <w:t>:</w:t>
            </w:r>
          </w:p>
        </w:tc>
        <w:tc>
          <w:tcPr>
            <w:tcW w:w="7739" w:type="dxa"/>
            <w:tcBorders>
              <w:top w:val="single" w:sz="4" w:space="0" w:color="D0D0D0"/>
              <w:left w:val="single" w:sz="4" w:space="0" w:color="D0D0D0"/>
              <w:bottom w:val="single" w:sz="4" w:space="0" w:color="D0D0D0"/>
              <w:right w:val="single" w:sz="4" w:space="0" w:color="D0D0D0"/>
            </w:tcBorders>
            <w:shd w:val="clear" w:color="auto" w:fill="F5F5F5"/>
            <w:tcMar>
              <w:top w:w="80" w:type="dxa"/>
              <w:left w:w="110" w:type="dxa"/>
              <w:bottom w:w="80" w:type="dxa"/>
              <w:right w:w="110" w:type="dxa"/>
            </w:tcMar>
          </w:tcPr>
          <w:p w14:paraId="6F4E210E" w14:textId="77777777" w:rsidR="00BA1BB4" w:rsidRDefault="00000000">
            <w:pPr>
              <w:spacing w:after="0" w:line="240" w:lineRule="auto"/>
            </w:pPr>
            <w:r>
              <w:rPr>
                <w:b/>
              </w:rPr>
              <w:t>4.6</w:t>
            </w:r>
            <w:r>
              <w:rPr>
                <w:b/>
              </w:rPr>
              <w:tab/>
              <w:t>Cancellation conditions:</w:t>
            </w:r>
          </w:p>
        </w:tc>
      </w:tr>
      <w:tr w:rsidR="002F2EFE" w14:paraId="430108D1"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EDF47FA" w14:textId="73D5ECAF" w:rsidR="002F2EFE" w:rsidRDefault="002F2EFE" w:rsidP="002F2EFE">
            <w:pPr>
              <w:spacing w:after="0" w:line="240" w:lineRule="auto"/>
              <w:ind w:left="11"/>
            </w:pPr>
            <w:r>
              <w:t>4.6.1</w:t>
            </w:r>
            <w:r>
              <w:tab/>
              <w:t xml:space="preserve">a </w:t>
            </w:r>
            <w:proofErr w:type="spellStart"/>
            <w:r>
              <w:t>bérlés</w:t>
            </w:r>
            <w:proofErr w:type="spellEnd"/>
            <w:r>
              <w:t xml:space="preserve"> NEM </w:t>
            </w:r>
            <w:proofErr w:type="spellStart"/>
            <w:r>
              <w:t>visszamondható</w:t>
            </w:r>
            <w:proofErr w:type="spellEnd"/>
            <w:r>
              <w:t xml:space="preserve">. </w:t>
            </w:r>
            <w:proofErr w:type="spellStart"/>
            <w:r>
              <w:t>Visszamondás</w:t>
            </w:r>
            <w:proofErr w:type="spellEnd"/>
            <w:r>
              <w:t xml:space="preserve"> </w:t>
            </w:r>
            <w:proofErr w:type="spellStart"/>
            <w:r>
              <w:t>esetén</w:t>
            </w:r>
            <w:proofErr w:type="spellEnd"/>
            <w:r>
              <w:t xml:space="preserve"> a </w:t>
            </w:r>
            <w:proofErr w:type="spellStart"/>
            <w:r>
              <w:t>teljes</w:t>
            </w:r>
            <w:proofErr w:type="spellEnd"/>
            <w:r>
              <w:t xml:space="preserve"> </w:t>
            </w:r>
            <w:proofErr w:type="spellStart"/>
            <w:r>
              <w:t>bérleti</w:t>
            </w:r>
            <w:proofErr w:type="spellEnd"/>
            <w:r>
              <w:t xml:space="preserve"> </w:t>
            </w:r>
            <w:proofErr w:type="spellStart"/>
            <w:r>
              <w:t>díj</w:t>
            </w:r>
            <w:proofErr w:type="spellEnd"/>
            <w:r>
              <w:t xml:space="preserve"> </w:t>
            </w:r>
            <w:proofErr w:type="spellStart"/>
            <w:r>
              <w:t>bánatpénzként</w:t>
            </w:r>
            <w:proofErr w:type="spellEnd"/>
            <w:r>
              <w:t xml:space="preserve"> </w:t>
            </w:r>
            <w:proofErr w:type="spellStart"/>
            <w:r>
              <w:t>kerül</w:t>
            </w:r>
            <w:proofErr w:type="spellEnd"/>
            <w:r>
              <w:t xml:space="preserve"> </w:t>
            </w:r>
            <w:proofErr w:type="spellStart"/>
            <w:r>
              <w:t>felszámításra</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6D9222E" w14:textId="3DD6CA49" w:rsidR="002F2EFE" w:rsidRDefault="002F2EFE" w:rsidP="002F2EFE">
            <w:pPr>
              <w:spacing w:after="0" w:line="240" w:lineRule="auto"/>
            </w:pPr>
            <w:r>
              <w:t>4.6.1</w:t>
            </w:r>
            <w:r>
              <w:tab/>
            </w:r>
            <w:r w:rsidRPr="00B06C04">
              <w:rPr>
                <w:color w:val="000000" w:themeColor="text1"/>
              </w:rPr>
              <w:t>The rental cannot be cancelled. In case of cancellation, the full rental fee will be charged as a penalty.</w:t>
            </w:r>
          </w:p>
        </w:tc>
      </w:tr>
      <w:tr w:rsidR="00BA1BB4" w14:paraId="7EBC4DC2"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83EDA1E" w14:textId="77777777" w:rsidR="00BA1BB4" w:rsidRDefault="00000000">
            <w:pPr>
              <w:spacing w:after="0" w:line="240" w:lineRule="auto"/>
            </w:pPr>
            <w:r>
              <w:t>4.7</w:t>
            </w:r>
            <w:r>
              <w:tab/>
            </w:r>
            <w:proofErr w:type="spellStart"/>
            <w:r>
              <w:t>Szerződő</w:t>
            </w:r>
            <w:proofErr w:type="spellEnd"/>
            <w:r>
              <w:t xml:space="preserve"> </w:t>
            </w:r>
            <w:proofErr w:type="spellStart"/>
            <w:r>
              <w:t>felek</w:t>
            </w:r>
            <w:proofErr w:type="spellEnd"/>
            <w:r>
              <w:t xml:space="preserve"> </w:t>
            </w:r>
            <w:proofErr w:type="spellStart"/>
            <w:r>
              <w:t>rögzítik</w:t>
            </w:r>
            <w:proofErr w:type="spellEnd"/>
            <w:r>
              <w:t xml:space="preserve">, </w:t>
            </w:r>
            <w:proofErr w:type="spellStart"/>
            <w:r>
              <w:t>hogy</w:t>
            </w:r>
            <w:proofErr w:type="spellEnd"/>
            <w:r>
              <w:t xml:space="preserve"> </w:t>
            </w:r>
            <w:proofErr w:type="spellStart"/>
            <w:r>
              <w:t>amennyiben</w:t>
            </w:r>
            <w:proofErr w:type="spellEnd"/>
            <w:r>
              <w:t xml:space="preserve"> </w:t>
            </w:r>
            <w:proofErr w:type="spellStart"/>
            <w:r>
              <w:t>Bérlő</w:t>
            </w:r>
            <w:proofErr w:type="spellEnd"/>
            <w:r>
              <w:t xml:space="preserve"> a </w:t>
            </w:r>
            <w:proofErr w:type="spellStart"/>
            <w:r>
              <w:t>Lejárati</w:t>
            </w:r>
            <w:proofErr w:type="spellEnd"/>
            <w:r>
              <w:t xml:space="preserve"> </w:t>
            </w:r>
            <w:proofErr w:type="spellStart"/>
            <w:r>
              <w:t>napot</w:t>
            </w:r>
            <w:proofErr w:type="spellEnd"/>
            <w:r>
              <w:t xml:space="preserve"> </w:t>
            </w:r>
            <w:proofErr w:type="spellStart"/>
            <w:r>
              <w:t>követően</w:t>
            </w:r>
            <w:proofErr w:type="spellEnd"/>
            <w:r>
              <w:t xml:space="preserve"> </w:t>
            </w:r>
            <w:proofErr w:type="spellStart"/>
            <w:r>
              <w:t>szolgáltatja</w:t>
            </w:r>
            <w:proofErr w:type="spellEnd"/>
            <w:r>
              <w:t xml:space="preserve"> </w:t>
            </w:r>
            <w:proofErr w:type="spellStart"/>
            <w:r>
              <w:t>vissza</w:t>
            </w:r>
            <w:proofErr w:type="spellEnd"/>
            <w:r>
              <w:t xml:space="preserve"> a </w:t>
            </w:r>
            <w:proofErr w:type="spellStart"/>
            <w:r>
              <w:t>gépjárművet</w:t>
            </w:r>
            <w:proofErr w:type="spellEnd"/>
            <w:r>
              <w:t xml:space="preserve">, </w:t>
            </w:r>
            <w:proofErr w:type="spellStart"/>
            <w:r>
              <w:t>úgy</w:t>
            </w:r>
            <w:proofErr w:type="spellEnd"/>
            <w:r>
              <w:t xml:space="preserve"> a </w:t>
            </w:r>
            <w:proofErr w:type="spellStart"/>
            <w:r>
              <w:t>tényleges</w:t>
            </w:r>
            <w:proofErr w:type="spellEnd"/>
            <w:r>
              <w:t xml:space="preserve"> </w:t>
            </w:r>
            <w:proofErr w:type="spellStart"/>
            <w:r>
              <w:t>visszaadás</w:t>
            </w:r>
            <w:proofErr w:type="spellEnd"/>
            <w:r>
              <w:t xml:space="preserve"> </w:t>
            </w:r>
            <w:proofErr w:type="spellStart"/>
            <w:r>
              <w:t>napjáig</w:t>
            </w:r>
            <w:proofErr w:type="spellEnd"/>
            <w:r>
              <w:t xml:space="preserve"> </w:t>
            </w:r>
            <w:proofErr w:type="spellStart"/>
            <w:r>
              <w:t>köteles</w:t>
            </w:r>
            <w:proofErr w:type="spellEnd"/>
            <w:r>
              <w:t xml:space="preserve"> </w:t>
            </w:r>
            <w:proofErr w:type="spellStart"/>
            <w:r>
              <w:t>napi</w:t>
            </w:r>
            <w:proofErr w:type="spellEnd"/>
            <w:r>
              <w:t xml:space="preserve"> 100 000 </w:t>
            </w:r>
            <w:proofErr w:type="spellStart"/>
            <w:r>
              <w:t>Ft+Áfa</w:t>
            </w:r>
            <w:proofErr w:type="spellEnd"/>
            <w:r>
              <w:t xml:space="preserve"> (</w:t>
            </w:r>
            <w:proofErr w:type="spellStart"/>
            <w:r>
              <w:t>Százezer</w:t>
            </w:r>
            <w:proofErr w:type="spellEnd"/>
            <w:r>
              <w:t xml:space="preserve">) Forint </w:t>
            </w:r>
            <w:proofErr w:type="spellStart"/>
            <w:r>
              <w:t>késedelmi</w:t>
            </w:r>
            <w:proofErr w:type="spellEnd"/>
            <w:r>
              <w:t xml:space="preserve"> </w:t>
            </w:r>
            <w:proofErr w:type="spellStart"/>
            <w:r>
              <w:t>kötbért</w:t>
            </w:r>
            <w:proofErr w:type="spellEnd"/>
            <w:r>
              <w:t xml:space="preserve"> (a </w:t>
            </w:r>
            <w:proofErr w:type="spellStart"/>
            <w:r>
              <w:t>továbbiakban</w:t>
            </w:r>
            <w:proofErr w:type="spellEnd"/>
            <w:r>
              <w:t xml:space="preserve">: </w:t>
            </w:r>
            <w:proofErr w:type="spellStart"/>
            <w:r>
              <w:t>Kötbér</w:t>
            </w:r>
            <w:proofErr w:type="spellEnd"/>
            <w:r>
              <w:t xml:space="preserve">) </w:t>
            </w:r>
            <w:proofErr w:type="spellStart"/>
            <w:r>
              <w:t>fizetni</w:t>
            </w:r>
            <w:proofErr w:type="spellEnd"/>
            <w:r>
              <w:t xml:space="preserve"> </w:t>
            </w:r>
            <w:proofErr w:type="spellStart"/>
            <w:r>
              <w:t>azzal</w:t>
            </w:r>
            <w:proofErr w:type="spellEnd"/>
            <w:r>
              <w:t xml:space="preserve">, </w:t>
            </w:r>
            <w:proofErr w:type="spellStart"/>
            <w:r>
              <w:t>hogy</w:t>
            </w:r>
            <w:proofErr w:type="spellEnd"/>
            <w:r>
              <w:t xml:space="preserve"> a </w:t>
            </w:r>
            <w:proofErr w:type="spellStart"/>
            <w:r>
              <w:t>tényleges</w:t>
            </w:r>
            <w:proofErr w:type="spellEnd"/>
            <w:r>
              <w:t xml:space="preserve"> </w:t>
            </w:r>
            <w:proofErr w:type="spellStart"/>
            <w:r>
              <w:t>visszaadás</w:t>
            </w:r>
            <w:proofErr w:type="spellEnd"/>
            <w:r>
              <w:t xml:space="preserve"> </w:t>
            </w:r>
            <w:proofErr w:type="spellStart"/>
            <w:r>
              <w:t>napjáig</w:t>
            </w:r>
            <w:proofErr w:type="spellEnd"/>
            <w:r>
              <w:t xml:space="preserve"> </w:t>
            </w:r>
            <w:proofErr w:type="spellStart"/>
            <w:r>
              <w:t>felhalmozódó</w:t>
            </w:r>
            <w:proofErr w:type="spellEnd"/>
            <w:r>
              <w:t xml:space="preserve"> </w:t>
            </w:r>
            <w:proofErr w:type="spellStart"/>
            <w:r>
              <w:t>Kötbér</w:t>
            </w:r>
            <w:proofErr w:type="spellEnd"/>
            <w:r>
              <w:t xml:space="preserve"> </w:t>
            </w:r>
            <w:proofErr w:type="spellStart"/>
            <w:r>
              <w:t>összegét</w:t>
            </w:r>
            <w:proofErr w:type="spellEnd"/>
            <w:r>
              <w:t xml:space="preserve"> </w:t>
            </w:r>
            <w:proofErr w:type="spellStart"/>
            <w:r>
              <w:t>Bérbeadó</w:t>
            </w:r>
            <w:proofErr w:type="spellEnd"/>
            <w:r>
              <w:t xml:space="preserve"> </w:t>
            </w:r>
            <w:proofErr w:type="spellStart"/>
            <w:r>
              <w:t>jogosult</w:t>
            </w:r>
            <w:proofErr w:type="spellEnd"/>
            <w:r>
              <w:t xml:space="preserve"> a </w:t>
            </w:r>
            <w:proofErr w:type="spellStart"/>
            <w:r>
              <w:t>Bérleti</w:t>
            </w:r>
            <w:proofErr w:type="spellEnd"/>
            <w:r>
              <w:t xml:space="preserve"> </w:t>
            </w:r>
            <w:proofErr w:type="spellStart"/>
            <w:r>
              <w:t>díjba</w:t>
            </w:r>
            <w:proofErr w:type="spellEnd"/>
            <w:r>
              <w:t xml:space="preserve"> </w:t>
            </w:r>
            <w:proofErr w:type="spellStart"/>
            <w:r>
              <w:t>beszámítani</w:t>
            </w:r>
            <w:proofErr w:type="spellEnd"/>
            <w:r>
              <w:t xml:space="preserve">. </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E42AB8F" w14:textId="77777777" w:rsidR="00BA1BB4" w:rsidRDefault="00000000">
            <w:pPr>
              <w:spacing w:after="0" w:line="240" w:lineRule="auto"/>
            </w:pPr>
            <w:r>
              <w:t>4.7</w:t>
            </w:r>
            <w:r>
              <w:tab/>
              <w:t>The Contracting Parties record that if the Lessee returns the vehicle after the Expiry Date, the Lessee shall be obliged to pay a late penalty of HUF 100,000 + VAT (One Hundred Thousand Forints) per day until the actual date of return (hereinafter: Penalty), with the proviso that the Lessor shall be entitled to set off the amount of the Penalty accrued until the actual date of return against the Rental Fee.</w:t>
            </w:r>
          </w:p>
        </w:tc>
      </w:tr>
      <w:tr w:rsidR="00BA1BB4" w14:paraId="631669D2"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9001041" w14:textId="55533099" w:rsidR="00BA1BB4" w:rsidRDefault="002F2EFE">
            <w:pPr>
              <w:spacing w:after="0" w:line="240" w:lineRule="auto"/>
            </w:pPr>
            <w:r>
              <w:t>4.8</w:t>
            </w:r>
            <w:r>
              <w:tab/>
            </w:r>
            <w:proofErr w:type="spellStart"/>
            <w:r>
              <w:t>Szerződő</w:t>
            </w:r>
            <w:proofErr w:type="spellEnd"/>
            <w:r>
              <w:t xml:space="preserve"> </w:t>
            </w:r>
            <w:proofErr w:type="spellStart"/>
            <w:r>
              <w:t>felek</w:t>
            </w:r>
            <w:proofErr w:type="spellEnd"/>
            <w:r>
              <w:t xml:space="preserve"> </w:t>
            </w:r>
            <w:proofErr w:type="spellStart"/>
            <w:r>
              <w:t>rögzítik</w:t>
            </w:r>
            <w:proofErr w:type="spellEnd"/>
            <w:r>
              <w:t xml:space="preserve">, </w:t>
            </w:r>
            <w:proofErr w:type="spellStart"/>
            <w:r>
              <w:t>hogy</w:t>
            </w:r>
            <w:proofErr w:type="spellEnd"/>
            <w:r>
              <w:t xml:space="preserve"> a </w:t>
            </w:r>
            <w:proofErr w:type="spellStart"/>
            <w:r>
              <w:t>Gépjármű</w:t>
            </w:r>
            <w:proofErr w:type="spellEnd"/>
            <w:r>
              <w:t xml:space="preserve"> </w:t>
            </w:r>
            <w:proofErr w:type="spellStart"/>
            <w:r>
              <w:t>átadásáról</w:t>
            </w:r>
            <w:proofErr w:type="spellEnd"/>
            <w:r>
              <w:t xml:space="preserve"> </w:t>
            </w:r>
            <w:proofErr w:type="spellStart"/>
            <w:r>
              <w:t>átadáskor</w:t>
            </w:r>
            <w:proofErr w:type="spellEnd"/>
            <w:r>
              <w:t xml:space="preserve"> </w:t>
            </w:r>
            <w:proofErr w:type="spellStart"/>
            <w:r>
              <w:t>és</w:t>
            </w:r>
            <w:proofErr w:type="spellEnd"/>
            <w:r>
              <w:t xml:space="preserve"> </w:t>
            </w:r>
            <w:proofErr w:type="spellStart"/>
            <w:r>
              <w:t>annak</w:t>
            </w:r>
            <w:proofErr w:type="spellEnd"/>
            <w:r>
              <w:t xml:space="preserve"> </w:t>
            </w:r>
            <w:proofErr w:type="spellStart"/>
            <w:r>
              <w:t>visszaadásakor</w:t>
            </w:r>
            <w:proofErr w:type="spellEnd"/>
            <w:r>
              <w:t xml:space="preserve"> </w:t>
            </w:r>
            <w:proofErr w:type="spellStart"/>
            <w:r>
              <w:t>jegyzőkönyvet</w:t>
            </w:r>
            <w:proofErr w:type="spellEnd"/>
            <w:r>
              <w:t xml:space="preserve"> (a </w:t>
            </w:r>
            <w:proofErr w:type="spellStart"/>
            <w:r>
              <w:t>továbbiakban</w:t>
            </w:r>
            <w:proofErr w:type="spellEnd"/>
            <w:r>
              <w:t xml:space="preserve">: </w:t>
            </w:r>
            <w:proofErr w:type="spellStart"/>
            <w:r>
              <w:t>Jegyzőkönyv</w:t>
            </w:r>
            <w:proofErr w:type="spellEnd"/>
            <w:r>
              <w:t xml:space="preserve">) </w:t>
            </w:r>
            <w:proofErr w:type="spellStart"/>
            <w:r>
              <w:t>vesznek</w:t>
            </w:r>
            <w:proofErr w:type="spellEnd"/>
            <w:r>
              <w:t xml:space="preserve"> </w:t>
            </w:r>
            <w:proofErr w:type="spellStart"/>
            <w:r>
              <w:t>fel</w:t>
            </w:r>
            <w:proofErr w:type="spellEnd"/>
            <w:r>
              <w:t xml:space="preserve">, </w:t>
            </w:r>
            <w:proofErr w:type="spellStart"/>
            <w:r>
              <w:t>amelyben</w:t>
            </w:r>
            <w:proofErr w:type="spellEnd"/>
            <w:r>
              <w:t xml:space="preserve"> </w:t>
            </w:r>
            <w:proofErr w:type="spellStart"/>
            <w:r>
              <w:t>rögzítik</w:t>
            </w:r>
            <w:proofErr w:type="spellEnd"/>
            <w:r>
              <w:t xml:space="preserve"> a </w:t>
            </w:r>
            <w:proofErr w:type="spellStart"/>
            <w:r>
              <w:t>jármű</w:t>
            </w:r>
            <w:proofErr w:type="spellEnd"/>
            <w:r>
              <w:t xml:space="preserve"> </w:t>
            </w:r>
            <w:proofErr w:type="spellStart"/>
            <w:r>
              <w:t>külső</w:t>
            </w:r>
            <w:proofErr w:type="spellEnd"/>
            <w:r>
              <w:t xml:space="preserve">, </w:t>
            </w:r>
            <w:proofErr w:type="spellStart"/>
            <w:r>
              <w:t>belső</w:t>
            </w:r>
            <w:proofErr w:type="spellEnd"/>
            <w:r>
              <w:t xml:space="preserve"> </w:t>
            </w:r>
            <w:proofErr w:type="spellStart"/>
            <w:r>
              <w:t>állapotát</w:t>
            </w:r>
            <w:proofErr w:type="spellEnd"/>
            <w:r>
              <w:t xml:space="preserve">, </w:t>
            </w:r>
            <w:proofErr w:type="spellStart"/>
            <w:r>
              <w:t>kilométeróra</w:t>
            </w:r>
            <w:proofErr w:type="spellEnd"/>
            <w:r>
              <w:t xml:space="preserve"> </w:t>
            </w:r>
            <w:proofErr w:type="spellStart"/>
            <w:r>
              <w:t>állását</w:t>
            </w:r>
            <w:proofErr w:type="spellEnd"/>
            <w:r>
              <w:t xml:space="preserve">, </w:t>
            </w:r>
            <w:proofErr w:type="spellStart"/>
            <w:r>
              <w:t>sérüléseket</w:t>
            </w:r>
            <w:proofErr w:type="spellEnd"/>
            <w:r>
              <w:t xml:space="preserve">, </w:t>
            </w:r>
            <w:proofErr w:type="spellStart"/>
            <w:r>
              <w:t>stb</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27C3BFF" w14:textId="45889EA2" w:rsidR="00BA1BB4" w:rsidRDefault="002F2EFE">
            <w:pPr>
              <w:spacing w:after="0" w:line="240" w:lineRule="auto"/>
            </w:pPr>
            <w:r>
              <w:t>4.8</w:t>
            </w:r>
            <w:r>
              <w:tab/>
              <w:t>The Contracting Parties record that upon delivery of the Vehicle and upon its return they shall draw up a handover protocol (hereinafter: Protocol), in which they shall record the exterior and interior condition of the vehicle, the odometer reading, damages, etc.</w:t>
            </w:r>
          </w:p>
        </w:tc>
      </w:tr>
      <w:tr w:rsidR="00BA1BB4" w14:paraId="699C7E62"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DE6825D" w14:textId="35C5697E" w:rsidR="00BA1BB4" w:rsidRDefault="002F2EFE">
            <w:pPr>
              <w:spacing w:after="0" w:line="240" w:lineRule="auto"/>
            </w:pPr>
            <w:r>
              <w:t>4.9</w:t>
            </w:r>
            <w:r>
              <w:tab/>
              <w:t xml:space="preserve">A </w:t>
            </w:r>
            <w:proofErr w:type="spellStart"/>
            <w:r>
              <w:t>gépjármű</w:t>
            </w:r>
            <w:proofErr w:type="spellEnd"/>
            <w:r>
              <w:t xml:space="preserve"> </w:t>
            </w:r>
            <w:proofErr w:type="spellStart"/>
            <w:r>
              <w:t>szennyezett</w:t>
            </w:r>
            <w:proofErr w:type="spellEnd"/>
            <w:r>
              <w:t xml:space="preserve"> </w:t>
            </w:r>
            <w:proofErr w:type="spellStart"/>
            <w:r>
              <w:t>állapotában</w:t>
            </w:r>
            <w:proofErr w:type="spellEnd"/>
            <w:r>
              <w:t xml:space="preserve"> (</w:t>
            </w:r>
            <w:proofErr w:type="spellStart"/>
            <w:r>
              <w:t>külső</w:t>
            </w:r>
            <w:proofErr w:type="spellEnd"/>
            <w:r>
              <w:t xml:space="preserve"> </w:t>
            </w:r>
            <w:proofErr w:type="spellStart"/>
            <w:r>
              <w:t>és</w:t>
            </w:r>
            <w:proofErr w:type="spellEnd"/>
            <w:r>
              <w:t>/</w:t>
            </w:r>
            <w:proofErr w:type="spellStart"/>
            <w:r>
              <w:t>vagy</w:t>
            </w:r>
            <w:proofErr w:type="spellEnd"/>
            <w:r>
              <w:t xml:space="preserve"> </w:t>
            </w:r>
            <w:proofErr w:type="spellStart"/>
            <w:r>
              <w:t>belső</w:t>
            </w:r>
            <w:proofErr w:type="spellEnd"/>
            <w:r>
              <w:t xml:space="preserve">) </w:t>
            </w:r>
            <w:proofErr w:type="spellStart"/>
            <w:r>
              <w:t>történő</w:t>
            </w:r>
            <w:proofErr w:type="spellEnd"/>
            <w:r>
              <w:t xml:space="preserve"> </w:t>
            </w:r>
            <w:proofErr w:type="spellStart"/>
            <w:r>
              <w:t>visszaadása</w:t>
            </w:r>
            <w:proofErr w:type="spellEnd"/>
            <w:r>
              <w:t xml:space="preserve"> </w:t>
            </w:r>
            <w:proofErr w:type="spellStart"/>
            <w:r>
              <w:t>esetén</w:t>
            </w:r>
            <w:proofErr w:type="spellEnd"/>
            <w:r>
              <w:t xml:space="preserve"> </w:t>
            </w:r>
            <w:proofErr w:type="spellStart"/>
            <w:r>
              <w:t>Bérlő</w:t>
            </w:r>
            <w:proofErr w:type="spellEnd"/>
            <w:r>
              <w:t xml:space="preserve"> 40 000 </w:t>
            </w:r>
            <w:proofErr w:type="spellStart"/>
            <w:r>
              <w:t>Ft+Áfa</w:t>
            </w:r>
            <w:proofErr w:type="spellEnd"/>
            <w:r>
              <w:t xml:space="preserve"> (</w:t>
            </w:r>
            <w:proofErr w:type="spellStart"/>
            <w:r>
              <w:t>Negyvenezer</w:t>
            </w:r>
            <w:proofErr w:type="spellEnd"/>
            <w:r>
              <w:t xml:space="preserve"> Forint + </w:t>
            </w:r>
            <w:proofErr w:type="spellStart"/>
            <w:r>
              <w:t>Áfa</w:t>
            </w:r>
            <w:proofErr w:type="spellEnd"/>
            <w:r>
              <w:t xml:space="preserve">) </w:t>
            </w:r>
            <w:proofErr w:type="spellStart"/>
            <w:r>
              <w:t>takarítási</w:t>
            </w:r>
            <w:proofErr w:type="spellEnd"/>
            <w:r>
              <w:t xml:space="preserve"> </w:t>
            </w:r>
            <w:proofErr w:type="spellStart"/>
            <w:r>
              <w:t>díjat</w:t>
            </w:r>
            <w:proofErr w:type="spellEnd"/>
            <w:r>
              <w:t xml:space="preserve"> </w:t>
            </w:r>
            <w:proofErr w:type="spellStart"/>
            <w:r>
              <w:t>köteles</w:t>
            </w:r>
            <w:proofErr w:type="spellEnd"/>
            <w:r>
              <w:t xml:space="preserve"> </w:t>
            </w:r>
            <w:proofErr w:type="spellStart"/>
            <w:r>
              <w:t>fizetni</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F242B43" w14:textId="2A4156B8" w:rsidR="00BA1BB4" w:rsidRDefault="002F2EFE">
            <w:pPr>
              <w:spacing w:after="0" w:line="240" w:lineRule="auto"/>
            </w:pPr>
            <w:r>
              <w:t>4.9</w:t>
            </w:r>
            <w:r>
              <w:tab/>
              <w:t>If the vehicle is returned in a dirty condition (exterior and/or interior), the Lessee shall be obliged to pay a cleaning fee of HUF 40,000 + VAT (Forty Thousand Forints + VAT).</w:t>
            </w:r>
          </w:p>
        </w:tc>
      </w:tr>
      <w:tr w:rsidR="00BA1BB4" w14:paraId="208DAE86"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3A955A9" w14:textId="3854E249" w:rsidR="00BA1BB4" w:rsidRDefault="002F2EFE">
            <w:pPr>
              <w:spacing w:after="0" w:line="240" w:lineRule="auto"/>
            </w:pPr>
            <w:r>
              <w:t>4.10</w:t>
            </w:r>
            <w:r>
              <w:tab/>
            </w:r>
            <w:proofErr w:type="spellStart"/>
            <w:r>
              <w:t>Amennyiben</w:t>
            </w:r>
            <w:proofErr w:type="spellEnd"/>
            <w:r>
              <w:t xml:space="preserve"> </w:t>
            </w:r>
            <w:proofErr w:type="spellStart"/>
            <w:r>
              <w:t>dohányzás</w:t>
            </w:r>
            <w:proofErr w:type="spellEnd"/>
            <w:r>
              <w:t xml:space="preserve"> </w:t>
            </w:r>
            <w:proofErr w:type="spellStart"/>
            <w:r>
              <w:t>történt</w:t>
            </w:r>
            <w:proofErr w:type="spellEnd"/>
            <w:r>
              <w:t xml:space="preserve"> a </w:t>
            </w:r>
            <w:proofErr w:type="spellStart"/>
            <w:r>
              <w:t>gépjárműben</w:t>
            </w:r>
            <w:proofErr w:type="spellEnd"/>
            <w:r>
              <w:t xml:space="preserve">, 100 000 </w:t>
            </w:r>
            <w:proofErr w:type="spellStart"/>
            <w:r>
              <w:t>Ft+Áfa</w:t>
            </w:r>
            <w:proofErr w:type="spellEnd"/>
            <w:r>
              <w:t xml:space="preserve"> (</w:t>
            </w:r>
            <w:proofErr w:type="spellStart"/>
            <w:r>
              <w:t>Százezer</w:t>
            </w:r>
            <w:proofErr w:type="spellEnd"/>
            <w:r>
              <w:t xml:space="preserve"> </w:t>
            </w:r>
            <w:proofErr w:type="spellStart"/>
            <w:r>
              <w:t>Forint+Áfa</w:t>
            </w:r>
            <w:proofErr w:type="spellEnd"/>
            <w:r>
              <w:t xml:space="preserve">) </w:t>
            </w:r>
            <w:proofErr w:type="spellStart"/>
            <w:r>
              <w:t>büntetést</w:t>
            </w:r>
            <w:proofErr w:type="spellEnd"/>
            <w:r>
              <w:t xml:space="preserve"> </w:t>
            </w:r>
            <w:proofErr w:type="spellStart"/>
            <w:r>
              <w:t>köteles</w:t>
            </w:r>
            <w:proofErr w:type="spellEnd"/>
            <w:r>
              <w:t xml:space="preserve"> </w:t>
            </w:r>
            <w:proofErr w:type="spellStart"/>
            <w:r>
              <w:t>Bérlő</w:t>
            </w:r>
            <w:proofErr w:type="spellEnd"/>
            <w:r>
              <w:t xml:space="preserve"> </w:t>
            </w:r>
            <w:proofErr w:type="spellStart"/>
            <w:r>
              <w:t>fizetni</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24808FE" w14:textId="18A3A806" w:rsidR="00BA1BB4" w:rsidRDefault="002F2EFE">
            <w:pPr>
              <w:spacing w:after="0" w:line="240" w:lineRule="auto"/>
            </w:pPr>
            <w:r>
              <w:t>4.10</w:t>
            </w:r>
            <w:r>
              <w:tab/>
              <w:t>If smoking has taken place in the vehicle, the Lessee shall be obliged to pay a penalty of HUF 100,000 + VAT (One Hundred Thousand Forints + VAT).</w:t>
            </w:r>
          </w:p>
        </w:tc>
      </w:tr>
      <w:tr w:rsidR="00BA1BB4" w14:paraId="33D9A63A"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66D11A3" w14:textId="430BC287" w:rsidR="00BA1BB4" w:rsidRDefault="002F2EFE">
            <w:pPr>
              <w:spacing w:after="0" w:line="240" w:lineRule="auto"/>
            </w:pPr>
            <w:r>
              <w:t>4.11</w:t>
            </w:r>
            <w:r>
              <w:tab/>
              <w:t xml:space="preserve">Ha a </w:t>
            </w:r>
            <w:proofErr w:type="spellStart"/>
            <w:r>
              <w:t>gépjármű</w:t>
            </w:r>
            <w:proofErr w:type="spellEnd"/>
            <w:r>
              <w:t xml:space="preserve"> nem tele </w:t>
            </w:r>
            <w:proofErr w:type="spellStart"/>
            <w:r>
              <w:t>tankkal</w:t>
            </w:r>
            <w:proofErr w:type="spellEnd"/>
            <w:r>
              <w:t xml:space="preserve"> </w:t>
            </w:r>
            <w:proofErr w:type="spellStart"/>
            <w:r>
              <w:t>kerül</w:t>
            </w:r>
            <w:proofErr w:type="spellEnd"/>
            <w:r>
              <w:t xml:space="preserve"> </w:t>
            </w:r>
            <w:proofErr w:type="spellStart"/>
            <w:r>
              <w:t>visszaadásra</w:t>
            </w:r>
            <w:proofErr w:type="spellEnd"/>
            <w:r>
              <w:t xml:space="preserve">, a </w:t>
            </w:r>
            <w:proofErr w:type="spellStart"/>
            <w:r>
              <w:t>hiányzó</w:t>
            </w:r>
            <w:proofErr w:type="spellEnd"/>
            <w:r>
              <w:t xml:space="preserve"> </w:t>
            </w:r>
            <w:proofErr w:type="spellStart"/>
            <w:r>
              <w:t>üzemanyagon</w:t>
            </w:r>
            <w:proofErr w:type="spellEnd"/>
            <w:r>
              <w:t xml:space="preserve"> </w:t>
            </w:r>
            <w:proofErr w:type="spellStart"/>
            <w:r>
              <w:t>felül</w:t>
            </w:r>
            <w:proofErr w:type="spellEnd"/>
            <w:r>
              <w:t xml:space="preserve"> 20 000 Ft + </w:t>
            </w:r>
            <w:proofErr w:type="spellStart"/>
            <w:r>
              <w:t>Áfa</w:t>
            </w:r>
            <w:proofErr w:type="spellEnd"/>
            <w:r>
              <w:t xml:space="preserve"> </w:t>
            </w:r>
            <w:proofErr w:type="spellStart"/>
            <w:r>
              <w:t>ügyintézési</w:t>
            </w:r>
            <w:proofErr w:type="spellEnd"/>
            <w:r>
              <w:t xml:space="preserve"> </w:t>
            </w:r>
            <w:proofErr w:type="spellStart"/>
            <w:r>
              <w:t>díjat</w:t>
            </w:r>
            <w:proofErr w:type="spellEnd"/>
            <w:r>
              <w:t xml:space="preserve"> </w:t>
            </w:r>
            <w:proofErr w:type="spellStart"/>
            <w:r>
              <w:t>számolunk</w:t>
            </w:r>
            <w:proofErr w:type="spellEnd"/>
            <w:r>
              <w:t xml:space="preserve"> </w:t>
            </w:r>
            <w:proofErr w:type="spellStart"/>
            <w:r>
              <w:t>fel</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14A8B95" w14:textId="570E57A4" w:rsidR="00BA1BB4" w:rsidRDefault="002F2EFE">
            <w:pPr>
              <w:spacing w:after="0" w:line="240" w:lineRule="auto"/>
            </w:pPr>
            <w:r>
              <w:t>4.11</w:t>
            </w:r>
            <w:r>
              <w:tab/>
              <w:t>If the vehicle is returned without a full tank, in addition to the missing fuel we shall charge an administration fee of HUF 20,000 + VAT.</w:t>
            </w:r>
          </w:p>
        </w:tc>
      </w:tr>
      <w:tr w:rsidR="00BA1BB4" w14:paraId="70232A31"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FCAC368" w14:textId="33D0C4FB" w:rsidR="00BA1BB4" w:rsidRDefault="002F2EFE">
            <w:pPr>
              <w:spacing w:after="0" w:line="240" w:lineRule="auto"/>
            </w:pPr>
            <w:r>
              <w:t>4.12</w:t>
            </w:r>
            <w:r>
              <w:tab/>
            </w:r>
            <w:proofErr w:type="spellStart"/>
            <w:r>
              <w:t>Szerződő</w:t>
            </w:r>
            <w:proofErr w:type="spellEnd"/>
            <w:r>
              <w:t xml:space="preserve"> </w:t>
            </w:r>
            <w:proofErr w:type="spellStart"/>
            <w:r>
              <w:t>felek</w:t>
            </w:r>
            <w:proofErr w:type="spellEnd"/>
            <w:r>
              <w:t xml:space="preserve"> </w:t>
            </w:r>
            <w:proofErr w:type="spellStart"/>
            <w:r>
              <w:t>rögzítik</w:t>
            </w:r>
            <w:proofErr w:type="spellEnd"/>
            <w:r>
              <w:t xml:space="preserve">, </w:t>
            </w:r>
            <w:proofErr w:type="spellStart"/>
            <w:r>
              <w:t>hogy</w:t>
            </w:r>
            <w:proofErr w:type="spellEnd"/>
            <w:r>
              <w:t xml:space="preserve"> a </w:t>
            </w:r>
            <w:proofErr w:type="spellStart"/>
            <w:r>
              <w:t>Bérbeadó</w:t>
            </w:r>
            <w:proofErr w:type="spellEnd"/>
            <w:r>
              <w:t xml:space="preserve"> a </w:t>
            </w:r>
            <w:proofErr w:type="spellStart"/>
            <w:r>
              <w:t>Gépjármű</w:t>
            </w:r>
            <w:proofErr w:type="spellEnd"/>
            <w:r>
              <w:t xml:space="preserve"> </w:t>
            </w:r>
            <w:proofErr w:type="spellStart"/>
            <w:r>
              <w:t>átadását</w:t>
            </w:r>
            <w:proofErr w:type="spellEnd"/>
            <w:r>
              <w:t xml:space="preserve">, a </w:t>
            </w:r>
            <w:proofErr w:type="spellStart"/>
            <w:r>
              <w:t>Jegyzőkönyv</w:t>
            </w:r>
            <w:proofErr w:type="spellEnd"/>
            <w:r>
              <w:t xml:space="preserve"> </w:t>
            </w:r>
            <w:proofErr w:type="spellStart"/>
            <w:r>
              <w:t>felvételét</w:t>
            </w:r>
            <w:proofErr w:type="spellEnd"/>
            <w:r>
              <w:t xml:space="preserve"> </w:t>
            </w:r>
            <w:proofErr w:type="spellStart"/>
            <w:r>
              <w:t>követően</w:t>
            </w:r>
            <w:proofErr w:type="spellEnd"/>
            <w:r>
              <w:t xml:space="preserve"> </w:t>
            </w:r>
            <w:proofErr w:type="spellStart"/>
            <w:r>
              <w:t>semmilyen</w:t>
            </w:r>
            <w:proofErr w:type="spellEnd"/>
            <w:r>
              <w:t xml:space="preserve"> </w:t>
            </w:r>
            <w:proofErr w:type="spellStart"/>
            <w:r>
              <w:t>módon</w:t>
            </w:r>
            <w:proofErr w:type="spellEnd"/>
            <w:r>
              <w:t xml:space="preserve"> nem </w:t>
            </w:r>
            <w:proofErr w:type="spellStart"/>
            <w:r>
              <w:t>felelős</w:t>
            </w:r>
            <w:proofErr w:type="spellEnd"/>
            <w:r>
              <w:t xml:space="preserve"> a </w:t>
            </w:r>
            <w:proofErr w:type="spellStart"/>
            <w:r>
              <w:t>Bérlő</w:t>
            </w:r>
            <w:proofErr w:type="spellEnd"/>
            <w:r>
              <w:t xml:space="preserve"> </w:t>
            </w:r>
            <w:proofErr w:type="spellStart"/>
            <w:r>
              <w:t>és</w:t>
            </w:r>
            <w:proofErr w:type="spellEnd"/>
            <w:r>
              <w:t xml:space="preserve"> </w:t>
            </w:r>
            <w:proofErr w:type="spellStart"/>
            <w:r>
              <w:t>utasai</w:t>
            </w:r>
            <w:proofErr w:type="spellEnd"/>
            <w:r>
              <w:t xml:space="preserve"> </w:t>
            </w:r>
            <w:proofErr w:type="spellStart"/>
            <w:r>
              <w:t>testi</w:t>
            </w:r>
            <w:proofErr w:type="spellEnd"/>
            <w:r>
              <w:t xml:space="preserve"> </w:t>
            </w:r>
            <w:proofErr w:type="spellStart"/>
            <w:r>
              <w:t>épségéért</w:t>
            </w:r>
            <w:proofErr w:type="spellEnd"/>
            <w:r>
              <w:t xml:space="preserve">, </w:t>
            </w:r>
            <w:proofErr w:type="spellStart"/>
            <w:r>
              <w:t>valamint</w:t>
            </w:r>
            <w:proofErr w:type="spellEnd"/>
            <w:r>
              <w:t xml:space="preserve"> </w:t>
            </w:r>
            <w:proofErr w:type="spellStart"/>
            <w:r>
              <w:t>egy</w:t>
            </w:r>
            <w:proofErr w:type="spellEnd"/>
            <w:r>
              <w:t xml:space="preserve"> </w:t>
            </w:r>
            <w:proofErr w:type="spellStart"/>
            <w:r>
              <w:t>esetleges</w:t>
            </w:r>
            <w:proofErr w:type="spellEnd"/>
            <w:r>
              <w:t xml:space="preserve"> </w:t>
            </w:r>
            <w:proofErr w:type="spellStart"/>
            <w:r>
              <w:t>baleset</w:t>
            </w:r>
            <w:proofErr w:type="spellEnd"/>
            <w:r>
              <w:t xml:space="preserve"> </w:t>
            </w:r>
            <w:proofErr w:type="spellStart"/>
            <w:r>
              <w:t>miatt</w:t>
            </w:r>
            <w:proofErr w:type="spellEnd"/>
            <w:r>
              <w:t xml:space="preserve"> </w:t>
            </w:r>
            <w:proofErr w:type="spellStart"/>
            <w:r>
              <w:t>bekövetkezett</w:t>
            </w:r>
            <w:proofErr w:type="spellEnd"/>
            <w:r>
              <w:t xml:space="preserve"> </w:t>
            </w:r>
            <w:proofErr w:type="spellStart"/>
            <w:r>
              <w:t>sérülésekért</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0B7396E" w14:textId="63A57AC9" w:rsidR="00BA1BB4" w:rsidRDefault="002F2EFE">
            <w:pPr>
              <w:spacing w:after="0" w:line="240" w:lineRule="auto"/>
            </w:pPr>
            <w:r>
              <w:t>4.12</w:t>
            </w:r>
            <w:r>
              <w:tab/>
              <w:t>The Contracting Parties record that after the Lessor has delivered the Vehicle and the Protocol has been drawn up, the Lessor shall in no way be liable for the physical safety of the Lessee and the passengers, nor for any injuries resulting from a possible accident.</w:t>
            </w:r>
          </w:p>
        </w:tc>
      </w:tr>
      <w:tr w:rsidR="00BA1BB4" w14:paraId="502DBE6F"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01695F6" w14:textId="77777777" w:rsidR="00642F65" w:rsidRDefault="00000000">
            <w:pPr>
              <w:spacing w:before="120" w:after="60"/>
            </w:pPr>
            <w:r>
              <w:rPr>
                <w:b/>
                <w:sz w:val="21"/>
              </w:rPr>
              <w:t xml:space="preserve">5. Felek </w:t>
            </w:r>
            <w:proofErr w:type="spellStart"/>
            <w:r>
              <w:rPr>
                <w:b/>
                <w:sz w:val="21"/>
              </w:rPr>
              <w:t>jogai</w:t>
            </w:r>
            <w:proofErr w:type="spellEnd"/>
            <w:r>
              <w:rPr>
                <w:b/>
                <w:sz w:val="21"/>
              </w:rPr>
              <w:t xml:space="preserve"> </w:t>
            </w:r>
            <w:proofErr w:type="spellStart"/>
            <w:r>
              <w:rPr>
                <w:b/>
                <w:sz w:val="21"/>
              </w:rPr>
              <w:t>és</w:t>
            </w:r>
            <w:proofErr w:type="spellEnd"/>
            <w:r>
              <w:rPr>
                <w:b/>
                <w:sz w:val="21"/>
              </w:rPr>
              <w:t xml:space="preserve"> </w:t>
            </w:r>
            <w:proofErr w:type="spellStart"/>
            <w:r>
              <w:rPr>
                <w:b/>
                <w:sz w:val="21"/>
              </w:rPr>
              <w:t>kötelezettségei</w:t>
            </w:r>
            <w:proofErr w:type="spellEnd"/>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D83B118" w14:textId="77777777" w:rsidR="00642F65" w:rsidRDefault="00000000">
            <w:pPr>
              <w:spacing w:before="120" w:after="60"/>
            </w:pPr>
            <w:r>
              <w:rPr>
                <w:b/>
                <w:sz w:val="21"/>
              </w:rPr>
              <w:t>5. Rights and Obligations of the Parties</w:t>
            </w:r>
          </w:p>
        </w:tc>
      </w:tr>
      <w:tr w:rsidR="00BA1BB4" w14:paraId="0A1DFE5B"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5EF8491" w14:textId="77777777" w:rsidR="00BA1BB4" w:rsidRDefault="00000000">
            <w:pPr>
              <w:spacing w:after="0" w:line="240" w:lineRule="auto"/>
            </w:pPr>
            <w:r>
              <w:t>5.1</w:t>
            </w:r>
            <w:r>
              <w:tab/>
              <w:t xml:space="preserve">A </w:t>
            </w:r>
            <w:proofErr w:type="spellStart"/>
            <w:r>
              <w:t>Bérlő</w:t>
            </w:r>
            <w:proofErr w:type="spellEnd"/>
            <w:r>
              <w:t xml:space="preserve"> </w:t>
            </w:r>
            <w:proofErr w:type="spellStart"/>
            <w:r>
              <w:t>köteles</w:t>
            </w:r>
            <w:proofErr w:type="spellEnd"/>
            <w:r>
              <w:t xml:space="preserve"> a </w:t>
            </w:r>
            <w:proofErr w:type="spellStart"/>
            <w:r>
              <w:t>gépkocsit</w:t>
            </w:r>
            <w:proofErr w:type="spellEnd"/>
            <w:r>
              <w:t xml:space="preserve"> </w:t>
            </w:r>
            <w:proofErr w:type="spellStart"/>
            <w:r>
              <w:t>és</w:t>
            </w:r>
            <w:proofErr w:type="spellEnd"/>
            <w:r>
              <w:t xml:space="preserve"> </w:t>
            </w:r>
            <w:proofErr w:type="spellStart"/>
            <w:r>
              <w:t>tartozékait</w:t>
            </w:r>
            <w:proofErr w:type="spellEnd"/>
            <w:r>
              <w:t xml:space="preserve"> </w:t>
            </w:r>
            <w:proofErr w:type="spellStart"/>
            <w:r>
              <w:t>annak</w:t>
            </w:r>
            <w:proofErr w:type="spellEnd"/>
            <w:r>
              <w:t xml:space="preserve"> </w:t>
            </w:r>
            <w:proofErr w:type="spellStart"/>
            <w:r>
              <w:t>típusára</w:t>
            </w:r>
            <w:proofErr w:type="spellEnd"/>
            <w:r>
              <w:t xml:space="preserve"> </w:t>
            </w:r>
            <w:proofErr w:type="spellStart"/>
            <w:r>
              <w:t>vonatkozó</w:t>
            </w:r>
            <w:proofErr w:type="spellEnd"/>
            <w:r>
              <w:t xml:space="preserve"> </w:t>
            </w:r>
            <w:proofErr w:type="spellStart"/>
            <w:r>
              <w:t>használati-kezelési</w:t>
            </w:r>
            <w:proofErr w:type="spellEnd"/>
            <w:r>
              <w:t xml:space="preserve"> </w:t>
            </w:r>
            <w:proofErr w:type="spellStart"/>
            <w:r>
              <w:t>útmutató</w:t>
            </w:r>
            <w:proofErr w:type="spellEnd"/>
            <w:r>
              <w:t xml:space="preserve"> </w:t>
            </w:r>
            <w:proofErr w:type="spellStart"/>
            <w:r>
              <w:t>szerint</w:t>
            </w:r>
            <w:proofErr w:type="spellEnd"/>
            <w:r>
              <w:t xml:space="preserve"> </w:t>
            </w:r>
            <w:proofErr w:type="spellStart"/>
            <w:r>
              <w:t>kellő</w:t>
            </w:r>
            <w:proofErr w:type="spellEnd"/>
            <w:r>
              <w:t xml:space="preserve"> </w:t>
            </w:r>
            <w:proofErr w:type="spellStart"/>
            <w:r>
              <w:t>gondossággal</w:t>
            </w:r>
            <w:proofErr w:type="spellEnd"/>
            <w:r>
              <w:t xml:space="preserve"> </w:t>
            </w:r>
            <w:proofErr w:type="spellStart"/>
            <w:r>
              <w:t>használni</w:t>
            </w:r>
            <w:proofErr w:type="spellEnd"/>
            <w:r>
              <w:t xml:space="preserve">, </w:t>
            </w:r>
            <w:proofErr w:type="spellStart"/>
            <w:r>
              <w:t>kezelni</w:t>
            </w:r>
            <w:proofErr w:type="spellEnd"/>
            <w:r>
              <w:t xml:space="preserve"> </w:t>
            </w:r>
            <w:proofErr w:type="spellStart"/>
            <w:r>
              <w:t>és</w:t>
            </w:r>
            <w:proofErr w:type="spellEnd"/>
            <w:r>
              <w:t xml:space="preserve"> </w:t>
            </w:r>
            <w:proofErr w:type="spellStart"/>
            <w:r>
              <w:t>megóvni</w:t>
            </w:r>
            <w:proofErr w:type="spellEnd"/>
            <w:r>
              <w:t xml:space="preserve">. </w:t>
            </w:r>
            <w:proofErr w:type="spellStart"/>
            <w:r>
              <w:t>Ennek</w:t>
            </w:r>
            <w:proofErr w:type="spellEnd"/>
            <w:r>
              <w:t xml:space="preserve"> be nem </w:t>
            </w:r>
            <w:proofErr w:type="spellStart"/>
            <w:r>
              <w:t>tartásából</w:t>
            </w:r>
            <w:proofErr w:type="spellEnd"/>
            <w:r>
              <w:t xml:space="preserve"> </w:t>
            </w:r>
            <w:proofErr w:type="spellStart"/>
            <w:r>
              <w:t>származó</w:t>
            </w:r>
            <w:proofErr w:type="spellEnd"/>
            <w:r>
              <w:t xml:space="preserve"> </w:t>
            </w:r>
            <w:proofErr w:type="spellStart"/>
            <w:r>
              <w:t>minden</w:t>
            </w:r>
            <w:proofErr w:type="spellEnd"/>
            <w:r>
              <w:t xml:space="preserve"> </w:t>
            </w:r>
            <w:proofErr w:type="spellStart"/>
            <w:r>
              <w:t>felmerülő</w:t>
            </w:r>
            <w:proofErr w:type="spellEnd"/>
            <w:r>
              <w:t xml:space="preserve"> </w:t>
            </w:r>
            <w:proofErr w:type="spellStart"/>
            <w:r>
              <w:t>kárért</w:t>
            </w:r>
            <w:proofErr w:type="spellEnd"/>
            <w:r>
              <w:t xml:space="preserve"> </w:t>
            </w:r>
            <w:proofErr w:type="spellStart"/>
            <w:r>
              <w:t>teljes</w:t>
            </w:r>
            <w:proofErr w:type="spellEnd"/>
            <w:r>
              <w:t xml:space="preserve"> </w:t>
            </w:r>
            <w:proofErr w:type="spellStart"/>
            <w:r>
              <w:t>anyagi</w:t>
            </w:r>
            <w:proofErr w:type="spellEnd"/>
            <w:r>
              <w:t xml:space="preserve"> </w:t>
            </w:r>
            <w:proofErr w:type="spellStart"/>
            <w:r>
              <w:t>felelősséggel</w:t>
            </w:r>
            <w:proofErr w:type="spellEnd"/>
            <w:r>
              <w:t xml:space="preserve"> </w:t>
            </w:r>
            <w:proofErr w:type="spellStart"/>
            <w:r>
              <w:t>tartozik</w:t>
            </w:r>
            <w:proofErr w:type="spellEnd"/>
            <w:r>
              <w:t xml:space="preserve">. A </w:t>
            </w:r>
            <w:proofErr w:type="spellStart"/>
            <w:r>
              <w:t>Bérlő</w:t>
            </w:r>
            <w:proofErr w:type="spellEnd"/>
            <w:r>
              <w:t xml:space="preserve"> </w:t>
            </w:r>
            <w:proofErr w:type="spellStart"/>
            <w:r>
              <w:t>köteles</w:t>
            </w:r>
            <w:proofErr w:type="spellEnd"/>
            <w:r>
              <w:t xml:space="preserve"> a </w:t>
            </w:r>
            <w:proofErr w:type="spellStart"/>
            <w:r>
              <w:t>neki</w:t>
            </w:r>
            <w:proofErr w:type="spellEnd"/>
            <w:r>
              <w:t xml:space="preserve"> </w:t>
            </w:r>
            <w:proofErr w:type="spellStart"/>
            <w:r>
              <w:t>átadott</w:t>
            </w:r>
            <w:proofErr w:type="spellEnd"/>
            <w:r>
              <w:t xml:space="preserve"> </w:t>
            </w:r>
            <w:proofErr w:type="spellStart"/>
            <w:r>
              <w:t>okmányokat</w:t>
            </w:r>
            <w:proofErr w:type="spellEnd"/>
            <w:r>
              <w:t xml:space="preserve"> </w:t>
            </w:r>
            <w:proofErr w:type="spellStart"/>
            <w:r>
              <w:t>gondosan</w:t>
            </w:r>
            <w:proofErr w:type="spellEnd"/>
            <w:r>
              <w:t xml:space="preserve"> </w:t>
            </w:r>
            <w:proofErr w:type="spellStart"/>
            <w:r>
              <w:t>kezelni</w:t>
            </w:r>
            <w:proofErr w:type="spellEnd"/>
            <w:r>
              <w:t xml:space="preserve">, a </w:t>
            </w:r>
            <w:proofErr w:type="spellStart"/>
            <w:r>
              <w:t>rongálódástól</w:t>
            </w:r>
            <w:proofErr w:type="spellEnd"/>
            <w:r>
              <w:t xml:space="preserve"> </w:t>
            </w:r>
            <w:proofErr w:type="spellStart"/>
            <w:r>
              <w:t>megóvni</w:t>
            </w:r>
            <w:proofErr w:type="spellEnd"/>
            <w:r>
              <w:t xml:space="preserve">. </w:t>
            </w:r>
            <w:proofErr w:type="spellStart"/>
            <w:r>
              <w:t>Bérlő</w:t>
            </w:r>
            <w:proofErr w:type="spellEnd"/>
            <w:r>
              <w:t xml:space="preserve"> </w:t>
            </w:r>
            <w:proofErr w:type="spellStart"/>
            <w:r>
              <w:t>köteles</w:t>
            </w:r>
            <w:proofErr w:type="spellEnd"/>
            <w:r>
              <w:t xml:space="preserve"> a </w:t>
            </w:r>
            <w:proofErr w:type="spellStart"/>
            <w:r>
              <w:t>birtokában</w:t>
            </w:r>
            <w:proofErr w:type="spellEnd"/>
            <w:r>
              <w:t xml:space="preserve"> </w:t>
            </w:r>
            <w:proofErr w:type="spellStart"/>
            <w:r>
              <w:t>és</w:t>
            </w:r>
            <w:proofErr w:type="spellEnd"/>
            <w:r>
              <w:t xml:space="preserve"> </w:t>
            </w:r>
            <w:proofErr w:type="spellStart"/>
            <w:r>
              <w:t>használatában</w:t>
            </w:r>
            <w:proofErr w:type="spellEnd"/>
            <w:r>
              <w:t xml:space="preserve"> </w:t>
            </w:r>
            <w:proofErr w:type="spellStart"/>
            <w:r>
              <w:t>álló</w:t>
            </w:r>
            <w:proofErr w:type="spellEnd"/>
            <w:r>
              <w:t xml:space="preserve"> </w:t>
            </w:r>
            <w:proofErr w:type="spellStart"/>
            <w:r>
              <w:t>gépkocsit</w:t>
            </w:r>
            <w:proofErr w:type="spellEnd"/>
            <w:r>
              <w:t xml:space="preserve"> a </w:t>
            </w:r>
            <w:proofErr w:type="spellStart"/>
            <w:r>
              <w:t>rendelkezésre</w:t>
            </w:r>
            <w:proofErr w:type="spellEnd"/>
            <w:r>
              <w:t xml:space="preserve"> </w:t>
            </w:r>
            <w:proofErr w:type="spellStart"/>
            <w:r>
              <w:t>álló</w:t>
            </w:r>
            <w:proofErr w:type="spellEnd"/>
            <w:r>
              <w:t xml:space="preserve"> </w:t>
            </w:r>
            <w:proofErr w:type="spellStart"/>
            <w:r>
              <w:t>összes</w:t>
            </w:r>
            <w:proofErr w:type="spellEnd"/>
            <w:r>
              <w:t xml:space="preserve"> </w:t>
            </w:r>
            <w:proofErr w:type="spellStart"/>
            <w:r>
              <w:t>eszközzel</w:t>
            </w:r>
            <w:proofErr w:type="spellEnd"/>
            <w:r>
              <w:t xml:space="preserve"> </w:t>
            </w:r>
            <w:proofErr w:type="spellStart"/>
            <w:r>
              <w:t>megvédeni</w:t>
            </w:r>
            <w:proofErr w:type="spellEnd"/>
            <w:r>
              <w:t xml:space="preserve"> a </w:t>
            </w:r>
            <w:proofErr w:type="spellStart"/>
            <w:r>
              <w:t>lopással</w:t>
            </w:r>
            <w:proofErr w:type="spellEnd"/>
            <w:r>
              <w:t xml:space="preserve"> </w:t>
            </w:r>
            <w:proofErr w:type="spellStart"/>
            <w:r>
              <w:t>szemben</w:t>
            </w:r>
            <w:proofErr w:type="spellEnd"/>
            <w:r>
              <w:t xml:space="preserve">, </w:t>
            </w:r>
            <w:proofErr w:type="spellStart"/>
            <w:r>
              <w:t>így</w:t>
            </w:r>
            <w:proofErr w:type="spellEnd"/>
            <w:r>
              <w:t xml:space="preserve"> </w:t>
            </w:r>
            <w:proofErr w:type="spellStart"/>
            <w:r>
              <w:t>azt</w:t>
            </w:r>
            <w:proofErr w:type="spellEnd"/>
            <w:r>
              <w:t xml:space="preserve"> </w:t>
            </w:r>
            <w:proofErr w:type="spellStart"/>
            <w:r>
              <w:t>használaton</w:t>
            </w:r>
            <w:proofErr w:type="spellEnd"/>
            <w:r>
              <w:t xml:space="preserve"> </w:t>
            </w:r>
            <w:proofErr w:type="spellStart"/>
            <w:r>
              <w:t>kívül</w:t>
            </w:r>
            <w:proofErr w:type="spellEnd"/>
            <w:r>
              <w:t xml:space="preserve"> </w:t>
            </w:r>
            <w:proofErr w:type="spellStart"/>
            <w:r>
              <w:t>minden</w:t>
            </w:r>
            <w:proofErr w:type="spellEnd"/>
            <w:r>
              <w:t xml:space="preserve"> </w:t>
            </w:r>
            <w:proofErr w:type="spellStart"/>
            <w:r>
              <w:t>esetben</w:t>
            </w:r>
            <w:proofErr w:type="spellEnd"/>
            <w:r>
              <w:t xml:space="preserve">, </w:t>
            </w:r>
            <w:proofErr w:type="spellStart"/>
            <w:r>
              <w:t>bármilyen</w:t>
            </w:r>
            <w:proofErr w:type="spellEnd"/>
            <w:r>
              <w:t xml:space="preserve"> </w:t>
            </w:r>
            <w:proofErr w:type="spellStart"/>
            <w:r>
              <w:t>csekély</w:t>
            </w:r>
            <w:proofErr w:type="spellEnd"/>
            <w:r>
              <w:t xml:space="preserve"> </w:t>
            </w:r>
            <w:proofErr w:type="spellStart"/>
            <w:r>
              <w:t>időre</w:t>
            </w:r>
            <w:proofErr w:type="spellEnd"/>
            <w:r>
              <w:t xml:space="preserve"> is, </w:t>
            </w:r>
            <w:proofErr w:type="spellStart"/>
            <w:r>
              <w:t>lezárni</w:t>
            </w:r>
            <w:proofErr w:type="spellEnd"/>
            <w:r>
              <w:t xml:space="preserve">, a </w:t>
            </w:r>
            <w:proofErr w:type="spellStart"/>
            <w:r>
              <w:t>riasztó</w:t>
            </w:r>
            <w:proofErr w:type="spellEnd"/>
            <w:r>
              <w:t xml:space="preserve"> </w:t>
            </w:r>
            <w:proofErr w:type="spellStart"/>
            <w:r>
              <w:t>esetén</w:t>
            </w:r>
            <w:proofErr w:type="spellEnd"/>
            <w:r>
              <w:t xml:space="preserve"> </w:t>
            </w:r>
            <w:proofErr w:type="spellStart"/>
            <w:r>
              <w:t>azt</w:t>
            </w:r>
            <w:proofErr w:type="spellEnd"/>
            <w:r>
              <w:t xml:space="preserve"> </w:t>
            </w:r>
            <w:proofErr w:type="spellStart"/>
            <w:r>
              <w:t>bekapcsolni</w:t>
            </w:r>
            <w:proofErr w:type="spellEnd"/>
            <w:r>
              <w:t xml:space="preserve">, a </w:t>
            </w:r>
            <w:proofErr w:type="spellStart"/>
            <w:r>
              <w:t>gépkocsiban</w:t>
            </w:r>
            <w:proofErr w:type="spellEnd"/>
            <w:r>
              <w:t xml:space="preserve"> </w:t>
            </w:r>
            <w:proofErr w:type="spellStart"/>
            <w:r>
              <w:t>értéket</w:t>
            </w:r>
            <w:proofErr w:type="spellEnd"/>
            <w:r>
              <w:t xml:space="preserve"> nem </w:t>
            </w:r>
            <w:proofErr w:type="spellStart"/>
            <w:r>
              <w:lastRenderedPageBreak/>
              <w:t>hagyni</w:t>
            </w:r>
            <w:proofErr w:type="spellEnd"/>
            <w:r>
              <w:t xml:space="preserve">, a </w:t>
            </w:r>
            <w:proofErr w:type="spellStart"/>
            <w:r>
              <w:t>gépkocsival</w:t>
            </w:r>
            <w:proofErr w:type="spellEnd"/>
            <w:r>
              <w:t xml:space="preserve"> </w:t>
            </w:r>
            <w:proofErr w:type="spellStart"/>
            <w:r>
              <w:t>lehetőleg</w:t>
            </w:r>
            <w:proofErr w:type="spellEnd"/>
            <w:r>
              <w:t xml:space="preserve"> </w:t>
            </w:r>
            <w:proofErr w:type="spellStart"/>
            <w:r>
              <w:t>őrzött</w:t>
            </w:r>
            <w:proofErr w:type="spellEnd"/>
            <w:r>
              <w:t xml:space="preserve"> </w:t>
            </w:r>
            <w:proofErr w:type="spellStart"/>
            <w:r>
              <w:t>vagy</w:t>
            </w:r>
            <w:proofErr w:type="spellEnd"/>
            <w:r>
              <w:t xml:space="preserve"> </w:t>
            </w:r>
            <w:proofErr w:type="spellStart"/>
            <w:r>
              <w:t>zárt</w:t>
            </w:r>
            <w:proofErr w:type="spellEnd"/>
            <w:r>
              <w:t xml:space="preserve"> </w:t>
            </w:r>
            <w:proofErr w:type="spellStart"/>
            <w:r>
              <w:t>helyen</w:t>
            </w:r>
            <w:proofErr w:type="spellEnd"/>
            <w:r>
              <w:t xml:space="preserve"> </w:t>
            </w:r>
            <w:proofErr w:type="spellStart"/>
            <w:r>
              <w:t>parkolni</w:t>
            </w:r>
            <w:proofErr w:type="spellEnd"/>
            <w:r>
              <w:t xml:space="preserve">, </w:t>
            </w:r>
            <w:proofErr w:type="spellStart"/>
            <w:r>
              <w:t>és</w:t>
            </w:r>
            <w:proofErr w:type="spellEnd"/>
            <w:r>
              <w:t xml:space="preserve"> </w:t>
            </w:r>
            <w:proofErr w:type="spellStart"/>
            <w:r>
              <w:t>egyébként</w:t>
            </w:r>
            <w:proofErr w:type="spellEnd"/>
            <w:r>
              <w:t xml:space="preserve"> a </w:t>
            </w:r>
            <w:proofErr w:type="spellStart"/>
            <w:r>
              <w:t>gépkocsi</w:t>
            </w:r>
            <w:proofErr w:type="spellEnd"/>
            <w:r>
              <w:t xml:space="preserve"> </w:t>
            </w:r>
            <w:proofErr w:type="spellStart"/>
            <w:r>
              <w:t>magára</w:t>
            </w:r>
            <w:proofErr w:type="spellEnd"/>
            <w:r>
              <w:t xml:space="preserve"> </w:t>
            </w:r>
            <w:proofErr w:type="spellStart"/>
            <w:r>
              <w:t>hagyásakor</w:t>
            </w:r>
            <w:proofErr w:type="spellEnd"/>
            <w:r>
              <w:t xml:space="preserve"> </w:t>
            </w:r>
            <w:proofErr w:type="spellStart"/>
            <w:r>
              <w:t>fokozott</w:t>
            </w:r>
            <w:proofErr w:type="spellEnd"/>
            <w:r>
              <w:t xml:space="preserve"> </w:t>
            </w:r>
            <w:proofErr w:type="spellStart"/>
            <w:r>
              <w:t>körültekintést</w:t>
            </w:r>
            <w:proofErr w:type="spellEnd"/>
            <w:r>
              <w:t xml:space="preserve"> </w:t>
            </w:r>
            <w:proofErr w:type="spellStart"/>
            <w:r>
              <w:t>tanúsítani</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0BD52CA" w14:textId="77777777" w:rsidR="00BA1BB4" w:rsidRDefault="00000000">
            <w:pPr>
              <w:spacing w:after="0" w:line="240" w:lineRule="auto"/>
            </w:pPr>
            <w:r>
              <w:lastRenderedPageBreak/>
              <w:t>5.1</w:t>
            </w:r>
            <w:r>
              <w:tab/>
              <w:t xml:space="preserve">The Lessee shall be obliged to use, handle and preserve the car and its accessories with due care in accordance with the operation and handling instructions applicable to its type. The Lessee shall bear full financial liability for all damages arising from failure to comply with this obligation. The Lessee shall be obliged to handle the documents handed over to him/her with due care and protect them from damage. The Lessee shall be obliged to protect the car in his/her possession and use against theft by all available means, thus in every case, even for the shortest period when not in use, to lock it, to </w:t>
            </w:r>
            <w:r>
              <w:lastRenderedPageBreak/>
              <w:t>activate the alarm where applicable, not to leave valuables in the car, to park the car preferably in a guarded or closed place, and in general to exercise increased caution when leaving the car unattended.</w:t>
            </w:r>
          </w:p>
        </w:tc>
      </w:tr>
      <w:tr w:rsidR="00BA1BB4" w14:paraId="6F02AAE4"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BB39CE9" w14:textId="77777777" w:rsidR="00BA1BB4" w:rsidRDefault="00000000">
            <w:pPr>
              <w:spacing w:after="0" w:line="240" w:lineRule="auto"/>
            </w:pPr>
            <w:r>
              <w:lastRenderedPageBreak/>
              <w:t>5.2</w:t>
            </w:r>
            <w:r>
              <w:tab/>
            </w:r>
            <w:proofErr w:type="spellStart"/>
            <w:r>
              <w:t>Szerződő</w:t>
            </w:r>
            <w:proofErr w:type="spellEnd"/>
            <w:r>
              <w:t xml:space="preserve"> </w:t>
            </w:r>
            <w:proofErr w:type="spellStart"/>
            <w:r>
              <w:t>felek</w:t>
            </w:r>
            <w:proofErr w:type="spellEnd"/>
            <w:r>
              <w:t xml:space="preserve"> </w:t>
            </w:r>
            <w:proofErr w:type="spellStart"/>
            <w:r>
              <w:t>megállapodnak</w:t>
            </w:r>
            <w:proofErr w:type="spellEnd"/>
            <w:r>
              <w:t xml:space="preserve">, </w:t>
            </w:r>
            <w:proofErr w:type="spellStart"/>
            <w:r>
              <w:t>hogy</w:t>
            </w:r>
            <w:proofErr w:type="spellEnd"/>
            <w:r>
              <w:t xml:space="preserve"> a </w:t>
            </w:r>
            <w:proofErr w:type="spellStart"/>
            <w:r>
              <w:t>napi</w:t>
            </w:r>
            <w:proofErr w:type="spellEnd"/>
            <w:r>
              <w:t xml:space="preserve"> </w:t>
            </w:r>
            <w:proofErr w:type="spellStart"/>
            <w:r>
              <w:t>gondozás</w:t>
            </w:r>
            <w:proofErr w:type="spellEnd"/>
            <w:r>
              <w:t xml:space="preserve"> </w:t>
            </w:r>
            <w:proofErr w:type="spellStart"/>
            <w:r>
              <w:t>és</w:t>
            </w:r>
            <w:proofErr w:type="spellEnd"/>
            <w:r>
              <w:t xml:space="preserve"> </w:t>
            </w:r>
            <w:proofErr w:type="spellStart"/>
            <w:r>
              <w:t>átvizsgálás</w:t>
            </w:r>
            <w:proofErr w:type="spellEnd"/>
            <w:r>
              <w:t xml:space="preserve"> a </w:t>
            </w:r>
            <w:proofErr w:type="spellStart"/>
            <w:r>
              <w:t>Bérlő</w:t>
            </w:r>
            <w:proofErr w:type="spellEnd"/>
            <w:r>
              <w:t xml:space="preserve"> </w:t>
            </w:r>
            <w:proofErr w:type="spellStart"/>
            <w:r>
              <w:t>feladata</w:t>
            </w:r>
            <w:proofErr w:type="spellEnd"/>
            <w:r>
              <w:t xml:space="preserve">, </w:t>
            </w:r>
            <w:proofErr w:type="spellStart"/>
            <w:r>
              <w:t>minden</w:t>
            </w:r>
            <w:proofErr w:type="spellEnd"/>
            <w:r>
              <w:t xml:space="preserve"> </w:t>
            </w:r>
            <w:proofErr w:type="spellStart"/>
            <w:r>
              <w:t>egyéb</w:t>
            </w:r>
            <w:proofErr w:type="spellEnd"/>
            <w:r>
              <w:t xml:space="preserve"> </w:t>
            </w:r>
            <w:proofErr w:type="spellStart"/>
            <w:r>
              <w:t>javítás</w:t>
            </w:r>
            <w:proofErr w:type="spellEnd"/>
            <w:r>
              <w:t xml:space="preserve"> </w:t>
            </w:r>
            <w:proofErr w:type="spellStart"/>
            <w:r>
              <w:t>és</w:t>
            </w:r>
            <w:proofErr w:type="spellEnd"/>
            <w:r>
              <w:t xml:space="preserve"> </w:t>
            </w:r>
            <w:proofErr w:type="spellStart"/>
            <w:r>
              <w:t>műszaki</w:t>
            </w:r>
            <w:proofErr w:type="spellEnd"/>
            <w:r>
              <w:t xml:space="preserve"> </w:t>
            </w:r>
            <w:proofErr w:type="spellStart"/>
            <w:r>
              <w:t>mentés</w:t>
            </w:r>
            <w:proofErr w:type="spellEnd"/>
            <w:r>
              <w:t xml:space="preserve"> </w:t>
            </w:r>
            <w:proofErr w:type="spellStart"/>
            <w:r>
              <w:t>Bérbeadót</w:t>
            </w:r>
            <w:proofErr w:type="spellEnd"/>
            <w:r>
              <w:t xml:space="preserve"> </w:t>
            </w:r>
            <w:proofErr w:type="spellStart"/>
            <w:r>
              <w:t>terheli</w:t>
            </w:r>
            <w:proofErr w:type="spellEnd"/>
            <w:r>
              <w:t xml:space="preserve">. </w:t>
            </w:r>
            <w:proofErr w:type="spellStart"/>
            <w:r>
              <w:t>Műszaki</w:t>
            </w:r>
            <w:proofErr w:type="spellEnd"/>
            <w:r>
              <w:t xml:space="preserve"> </w:t>
            </w:r>
            <w:proofErr w:type="spellStart"/>
            <w:r>
              <w:t>meghibásodás</w:t>
            </w:r>
            <w:proofErr w:type="spellEnd"/>
            <w:r>
              <w:t xml:space="preserve"> </w:t>
            </w:r>
            <w:proofErr w:type="spellStart"/>
            <w:r>
              <w:t>esetén</w:t>
            </w:r>
            <w:proofErr w:type="spellEnd"/>
            <w:r>
              <w:t xml:space="preserve"> a </w:t>
            </w:r>
            <w:proofErr w:type="spellStart"/>
            <w:r>
              <w:t>Bérlő</w:t>
            </w:r>
            <w:proofErr w:type="spellEnd"/>
            <w:r>
              <w:t xml:space="preserve"> </w:t>
            </w:r>
            <w:proofErr w:type="spellStart"/>
            <w:r>
              <w:t>csak</w:t>
            </w:r>
            <w:proofErr w:type="spellEnd"/>
            <w:r>
              <w:t xml:space="preserve"> a </w:t>
            </w:r>
            <w:proofErr w:type="spellStart"/>
            <w:r>
              <w:t>Bérbeadó</w:t>
            </w:r>
            <w:proofErr w:type="spellEnd"/>
            <w:r>
              <w:t xml:space="preserve"> </w:t>
            </w:r>
            <w:proofErr w:type="spellStart"/>
            <w:r>
              <w:t>előzetes</w:t>
            </w:r>
            <w:proofErr w:type="spellEnd"/>
            <w:r>
              <w:t xml:space="preserve"> </w:t>
            </w:r>
            <w:proofErr w:type="spellStart"/>
            <w:r>
              <w:t>hozzájárulásával</w:t>
            </w:r>
            <w:proofErr w:type="spellEnd"/>
            <w:r>
              <w:t xml:space="preserve"> </w:t>
            </w:r>
            <w:proofErr w:type="spellStart"/>
            <w:r>
              <w:t>végeztethet</w:t>
            </w:r>
            <w:proofErr w:type="spellEnd"/>
            <w:r>
              <w:t xml:space="preserve"> </w:t>
            </w:r>
            <w:proofErr w:type="spellStart"/>
            <w:r>
              <w:t>javítást</w:t>
            </w:r>
            <w:proofErr w:type="spellEnd"/>
            <w:r>
              <w:t xml:space="preserve">, </w:t>
            </w:r>
            <w:proofErr w:type="spellStart"/>
            <w:r>
              <w:t>kivéve</w:t>
            </w:r>
            <w:proofErr w:type="spellEnd"/>
            <w:r>
              <w:t xml:space="preserve"> a </w:t>
            </w:r>
            <w:proofErr w:type="spellStart"/>
            <w:r>
              <w:t>tovább</w:t>
            </w:r>
            <w:proofErr w:type="spellEnd"/>
            <w:r>
              <w:t xml:space="preserve"> </w:t>
            </w:r>
            <w:proofErr w:type="spellStart"/>
            <w:r>
              <w:t>haladáshoz</w:t>
            </w:r>
            <w:proofErr w:type="spellEnd"/>
            <w:r>
              <w:t xml:space="preserve"> </w:t>
            </w:r>
            <w:proofErr w:type="spellStart"/>
            <w:r>
              <w:t>nélkülözhetetlen</w:t>
            </w:r>
            <w:proofErr w:type="spellEnd"/>
            <w:r>
              <w:t xml:space="preserve"> </w:t>
            </w:r>
            <w:proofErr w:type="spellStart"/>
            <w:r>
              <w:t>hibaelhárítást</w:t>
            </w:r>
            <w:proofErr w:type="spellEnd"/>
            <w:r>
              <w:t xml:space="preserve">, </w:t>
            </w:r>
            <w:proofErr w:type="spellStart"/>
            <w:r>
              <w:t>amikor</w:t>
            </w:r>
            <w:proofErr w:type="spellEnd"/>
            <w:r>
              <w:t xml:space="preserve"> </w:t>
            </w:r>
            <w:proofErr w:type="spellStart"/>
            <w:r>
              <w:t>legfeljebb</w:t>
            </w:r>
            <w:proofErr w:type="spellEnd"/>
            <w:r>
              <w:t xml:space="preserve"> 20 000 </w:t>
            </w:r>
            <w:proofErr w:type="spellStart"/>
            <w:r>
              <w:t>Ft+Áfa</w:t>
            </w:r>
            <w:proofErr w:type="spellEnd"/>
            <w:r>
              <w:t xml:space="preserve"> </w:t>
            </w:r>
            <w:proofErr w:type="spellStart"/>
            <w:r>
              <w:t>értékhatárig</w:t>
            </w:r>
            <w:proofErr w:type="spellEnd"/>
            <w:r>
              <w:t xml:space="preserve"> </w:t>
            </w:r>
            <w:proofErr w:type="spellStart"/>
            <w:r>
              <w:t>Bérlő</w:t>
            </w:r>
            <w:proofErr w:type="spellEnd"/>
            <w:r>
              <w:t xml:space="preserve"> is </w:t>
            </w:r>
            <w:proofErr w:type="spellStart"/>
            <w:r>
              <w:t>javíttathat</w:t>
            </w:r>
            <w:proofErr w:type="spellEnd"/>
            <w:r>
              <w:t xml:space="preserve">. </w:t>
            </w:r>
            <w:proofErr w:type="spellStart"/>
            <w:r>
              <w:t>Ennek</w:t>
            </w:r>
            <w:proofErr w:type="spellEnd"/>
            <w:r>
              <w:t xml:space="preserve"> </w:t>
            </w:r>
            <w:proofErr w:type="spellStart"/>
            <w:r>
              <w:t>költségét</w:t>
            </w:r>
            <w:proofErr w:type="spellEnd"/>
            <w:r>
              <w:t xml:space="preserve"> </w:t>
            </w:r>
            <w:proofErr w:type="spellStart"/>
            <w:r>
              <w:t>Bérbeadó</w:t>
            </w:r>
            <w:proofErr w:type="spellEnd"/>
            <w:r>
              <w:t xml:space="preserve"> a </w:t>
            </w:r>
            <w:proofErr w:type="spellStart"/>
            <w:r>
              <w:t>Bérleti</w:t>
            </w:r>
            <w:proofErr w:type="spellEnd"/>
            <w:r>
              <w:t xml:space="preserve"> </w:t>
            </w:r>
            <w:proofErr w:type="spellStart"/>
            <w:r>
              <w:t>időtartam</w:t>
            </w:r>
            <w:proofErr w:type="spellEnd"/>
            <w:r>
              <w:t xml:space="preserve"> </w:t>
            </w:r>
            <w:proofErr w:type="spellStart"/>
            <w:r>
              <w:t>lejártakor</w:t>
            </w:r>
            <w:proofErr w:type="spellEnd"/>
            <w:r>
              <w:t xml:space="preserve"> </w:t>
            </w:r>
            <w:proofErr w:type="spellStart"/>
            <w:r>
              <w:t>számla</w:t>
            </w:r>
            <w:proofErr w:type="spellEnd"/>
            <w:r>
              <w:t xml:space="preserve"> </w:t>
            </w:r>
            <w:proofErr w:type="spellStart"/>
            <w:r>
              <w:t>ellenében</w:t>
            </w:r>
            <w:proofErr w:type="spellEnd"/>
            <w:r>
              <w:t xml:space="preserve"> </w:t>
            </w:r>
            <w:proofErr w:type="spellStart"/>
            <w:r>
              <w:t>megtéríti</w:t>
            </w:r>
            <w:proofErr w:type="spellEnd"/>
            <w:r>
              <w:t xml:space="preserve">, </w:t>
            </w:r>
            <w:proofErr w:type="spellStart"/>
            <w:r>
              <w:t>vagy</w:t>
            </w:r>
            <w:proofErr w:type="spellEnd"/>
            <w:r>
              <w:t xml:space="preserve"> </w:t>
            </w:r>
            <w:proofErr w:type="spellStart"/>
            <w:r>
              <w:t>az</w:t>
            </w:r>
            <w:proofErr w:type="spellEnd"/>
            <w:r>
              <w:t xml:space="preserve"> </w:t>
            </w:r>
            <w:proofErr w:type="spellStart"/>
            <w:r>
              <w:t>Óvadék</w:t>
            </w:r>
            <w:proofErr w:type="spellEnd"/>
            <w:r>
              <w:t xml:space="preserve"> </w:t>
            </w:r>
            <w:proofErr w:type="spellStart"/>
            <w:r>
              <w:t>összegébe</w:t>
            </w:r>
            <w:proofErr w:type="spellEnd"/>
            <w:r>
              <w:t xml:space="preserve"> </w:t>
            </w:r>
            <w:proofErr w:type="spellStart"/>
            <w:r>
              <w:t>beszámítja</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49764CB" w14:textId="77777777" w:rsidR="00BA1BB4" w:rsidRDefault="00000000">
            <w:pPr>
              <w:spacing w:after="0" w:line="240" w:lineRule="auto"/>
            </w:pPr>
            <w:r>
              <w:t>5.2</w:t>
            </w:r>
            <w:r>
              <w:tab/>
              <w:t>The Contracting Parties agree that daily care and inspection are the responsibility of the Lessee, while all other repairs and roadside assistance shall be borne by the Lessor. In the event of a technical failure, the Lessee may have repairs carried out only with the prior consent of the Lessor, except for troubleshooting indispensable for continuing the journey, in which case the Lessee may also have repairs carried out up to a limit of HUF 20,000 + VAT. The Lessor shall reimburse this cost against invoice at the end of the Rental Period or set it off against the amount of the Deposit.</w:t>
            </w:r>
          </w:p>
        </w:tc>
      </w:tr>
      <w:tr w:rsidR="00BA1BB4" w14:paraId="21B8AA3E"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462E34A" w14:textId="77777777" w:rsidR="00BA1BB4" w:rsidRDefault="00000000">
            <w:pPr>
              <w:spacing w:after="0" w:line="240" w:lineRule="auto"/>
            </w:pPr>
            <w:r>
              <w:t>5.3</w:t>
            </w:r>
            <w:r>
              <w:tab/>
              <w:t xml:space="preserve">A </w:t>
            </w:r>
            <w:proofErr w:type="spellStart"/>
            <w:r>
              <w:t>gumiabroncs</w:t>
            </w:r>
            <w:proofErr w:type="spellEnd"/>
            <w:r>
              <w:t xml:space="preserve"> </w:t>
            </w:r>
            <w:proofErr w:type="spellStart"/>
            <w:r>
              <w:t>és</w:t>
            </w:r>
            <w:proofErr w:type="spellEnd"/>
            <w:r>
              <w:t>/</w:t>
            </w:r>
            <w:proofErr w:type="spellStart"/>
            <w:r>
              <w:t>vagy</w:t>
            </w:r>
            <w:proofErr w:type="spellEnd"/>
            <w:r>
              <w:t xml:space="preserve"> </w:t>
            </w:r>
            <w:proofErr w:type="spellStart"/>
            <w:r>
              <w:t>felni</w:t>
            </w:r>
            <w:proofErr w:type="spellEnd"/>
            <w:r>
              <w:t xml:space="preserve"> </w:t>
            </w:r>
            <w:proofErr w:type="spellStart"/>
            <w:r>
              <w:t>sérülésének</w:t>
            </w:r>
            <w:proofErr w:type="spellEnd"/>
            <w:r>
              <w:t xml:space="preserve">, </w:t>
            </w:r>
            <w:proofErr w:type="spellStart"/>
            <w:r>
              <w:t>defektjének</w:t>
            </w:r>
            <w:proofErr w:type="spellEnd"/>
            <w:r>
              <w:t xml:space="preserve"> </w:t>
            </w:r>
            <w:proofErr w:type="spellStart"/>
            <w:r>
              <w:t>helyreállítása</w:t>
            </w:r>
            <w:proofErr w:type="spellEnd"/>
            <w:r>
              <w:t xml:space="preserve"> </w:t>
            </w:r>
            <w:proofErr w:type="spellStart"/>
            <w:r>
              <w:t>kifejezetten</w:t>
            </w:r>
            <w:proofErr w:type="spellEnd"/>
            <w:r>
              <w:t xml:space="preserve"> a </w:t>
            </w:r>
            <w:proofErr w:type="spellStart"/>
            <w:r>
              <w:t>Bérlő</w:t>
            </w:r>
            <w:proofErr w:type="spellEnd"/>
            <w:r>
              <w:t xml:space="preserve"> </w:t>
            </w:r>
            <w:proofErr w:type="spellStart"/>
            <w:r>
              <w:t>költsége</w:t>
            </w:r>
            <w:proofErr w:type="spellEnd"/>
            <w:r>
              <w:t xml:space="preserve">, </w:t>
            </w:r>
            <w:proofErr w:type="spellStart"/>
            <w:r>
              <w:t>azt</w:t>
            </w:r>
            <w:proofErr w:type="spellEnd"/>
            <w:r>
              <w:t xml:space="preserve"> </w:t>
            </w:r>
            <w:proofErr w:type="spellStart"/>
            <w:r>
              <w:t>eredeti</w:t>
            </w:r>
            <w:proofErr w:type="spellEnd"/>
            <w:r>
              <w:t xml:space="preserve"> </w:t>
            </w:r>
            <w:proofErr w:type="spellStart"/>
            <w:r>
              <w:t>állapotba</w:t>
            </w:r>
            <w:proofErr w:type="spellEnd"/>
            <w:r>
              <w:t xml:space="preserve"> </w:t>
            </w:r>
            <w:proofErr w:type="spellStart"/>
            <w:r>
              <w:t>vissza</w:t>
            </w:r>
            <w:proofErr w:type="spellEnd"/>
            <w:r>
              <w:t xml:space="preserve"> </w:t>
            </w:r>
            <w:proofErr w:type="spellStart"/>
            <w:r>
              <w:t>kell</w:t>
            </w:r>
            <w:proofErr w:type="spellEnd"/>
            <w:r>
              <w:t xml:space="preserve"> </w:t>
            </w:r>
            <w:proofErr w:type="spellStart"/>
            <w:r>
              <w:t>állítania</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0B66E76" w14:textId="77777777" w:rsidR="00BA1BB4" w:rsidRDefault="00000000">
            <w:pPr>
              <w:spacing w:after="0" w:line="240" w:lineRule="auto"/>
            </w:pPr>
            <w:r>
              <w:t>5.3</w:t>
            </w:r>
            <w:r>
              <w:tab/>
              <w:t xml:space="preserve">Repair of damage to the </w:t>
            </w:r>
            <w:proofErr w:type="spellStart"/>
            <w:r>
              <w:t>tyre</w:t>
            </w:r>
            <w:proofErr w:type="spellEnd"/>
            <w:r>
              <w:t xml:space="preserve"> and/or rim, or a puncture, shall expressly be at the Lessee's expense, and it must be restored to its original condition.</w:t>
            </w:r>
          </w:p>
        </w:tc>
      </w:tr>
      <w:tr w:rsidR="00BA1BB4" w14:paraId="092622F2"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467CC4A" w14:textId="77777777" w:rsidR="00BA1BB4" w:rsidRDefault="00000000">
            <w:pPr>
              <w:spacing w:after="0" w:line="240" w:lineRule="auto"/>
            </w:pPr>
            <w:r>
              <w:t>5.4</w:t>
            </w:r>
            <w:r>
              <w:tab/>
            </w:r>
            <w:proofErr w:type="spellStart"/>
            <w:r>
              <w:t>Bérlő</w:t>
            </w:r>
            <w:proofErr w:type="spellEnd"/>
            <w:r>
              <w:t xml:space="preserve"> </w:t>
            </w:r>
            <w:proofErr w:type="spellStart"/>
            <w:r>
              <w:t>tudomásul</w:t>
            </w:r>
            <w:proofErr w:type="spellEnd"/>
            <w:r>
              <w:t xml:space="preserve"> </w:t>
            </w:r>
            <w:proofErr w:type="spellStart"/>
            <w:r>
              <w:t>veszi</w:t>
            </w:r>
            <w:proofErr w:type="spellEnd"/>
            <w:r>
              <w:t xml:space="preserve">, </w:t>
            </w:r>
            <w:proofErr w:type="spellStart"/>
            <w:r>
              <w:t>hogy</w:t>
            </w:r>
            <w:proofErr w:type="spellEnd"/>
            <w:r>
              <w:t xml:space="preserve"> a </w:t>
            </w:r>
            <w:proofErr w:type="spellStart"/>
            <w:r>
              <w:t>Gépjárművet</w:t>
            </w:r>
            <w:proofErr w:type="spellEnd"/>
            <w:r>
              <w:t xml:space="preserve"> </w:t>
            </w:r>
            <w:proofErr w:type="spellStart"/>
            <w:r>
              <w:t>kifejezetten</w:t>
            </w:r>
            <w:proofErr w:type="spellEnd"/>
            <w:r>
              <w:t xml:space="preserve"> </w:t>
            </w:r>
            <w:proofErr w:type="spellStart"/>
            <w:r>
              <w:t>tilos</w:t>
            </w:r>
            <w:proofErr w:type="spellEnd"/>
            <w:r>
              <w:t xml:space="preserve"> </w:t>
            </w:r>
            <w:proofErr w:type="spellStart"/>
            <w:r>
              <w:t>különösen</w:t>
            </w:r>
            <w:proofErr w:type="spellEnd"/>
            <w:r>
              <w:t xml:space="preserve">: </w:t>
            </w:r>
            <w:proofErr w:type="spellStart"/>
            <w:r>
              <w:t>másnak</w:t>
            </w:r>
            <w:proofErr w:type="spellEnd"/>
            <w:r>
              <w:t xml:space="preserve"> </w:t>
            </w:r>
            <w:proofErr w:type="spellStart"/>
            <w:r>
              <w:t>bérbe</w:t>
            </w:r>
            <w:proofErr w:type="spellEnd"/>
            <w:r>
              <w:t xml:space="preserve">, </w:t>
            </w:r>
            <w:proofErr w:type="spellStart"/>
            <w:r>
              <w:t>illetve</w:t>
            </w:r>
            <w:proofErr w:type="spellEnd"/>
            <w:r>
              <w:t xml:space="preserve"> </w:t>
            </w:r>
            <w:proofErr w:type="spellStart"/>
            <w:r>
              <w:t>kölcsön</w:t>
            </w:r>
            <w:proofErr w:type="spellEnd"/>
            <w:r>
              <w:t xml:space="preserve"> </w:t>
            </w:r>
            <w:proofErr w:type="spellStart"/>
            <w:r>
              <w:t>adni</w:t>
            </w:r>
            <w:proofErr w:type="spellEnd"/>
            <w:r>
              <w:t xml:space="preserve">, a </w:t>
            </w:r>
            <w:proofErr w:type="spellStart"/>
            <w:r>
              <w:t>jelen</w:t>
            </w:r>
            <w:proofErr w:type="spellEnd"/>
            <w:r>
              <w:t xml:space="preserve"> </w:t>
            </w:r>
            <w:proofErr w:type="spellStart"/>
            <w:r>
              <w:t>Szerződésben</w:t>
            </w:r>
            <w:proofErr w:type="spellEnd"/>
            <w:r>
              <w:t xml:space="preserve"> nem </w:t>
            </w:r>
            <w:proofErr w:type="spellStart"/>
            <w:r>
              <w:t>szereplő</w:t>
            </w:r>
            <w:proofErr w:type="spellEnd"/>
            <w:r>
              <w:t xml:space="preserve"> </w:t>
            </w:r>
            <w:proofErr w:type="spellStart"/>
            <w:r>
              <w:t>személynek</w:t>
            </w:r>
            <w:proofErr w:type="spellEnd"/>
            <w:r>
              <w:t xml:space="preserve"> a </w:t>
            </w:r>
            <w:proofErr w:type="spellStart"/>
            <w:r>
              <w:t>vezetést</w:t>
            </w:r>
            <w:proofErr w:type="spellEnd"/>
            <w:r>
              <w:t xml:space="preserve"> a </w:t>
            </w:r>
            <w:proofErr w:type="spellStart"/>
            <w:r>
              <w:t>Bérbeadó</w:t>
            </w:r>
            <w:proofErr w:type="spellEnd"/>
            <w:r>
              <w:t xml:space="preserve"> </w:t>
            </w:r>
            <w:proofErr w:type="spellStart"/>
            <w:r>
              <w:t>előzetes</w:t>
            </w:r>
            <w:proofErr w:type="spellEnd"/>
            <w:r>
              <w:t xml:space="preserve"> </w:t>
            </w:r>
            <w:proofErr w:type="spellStart"/>
            <w:r>
              <w:t>írásos</w:t>
            </w:r>
            <w:proofErr w:type="spellEnd"/>
            <w:r>
              <w:t xml:space="preserve"> </w:t>
            </w:r>
            <w:proofErr w:type="spellStart"/>
            <w:r>
              <w:t>engedélye</w:t>
            </w:r>
            <w:proofErr w:type="spellEnd"/>
            <w:r>
              <w:t xml:space="preserve"> </w:t>
            </w:r>
            <w:proofErr w:type="spellStart"/>
            <w:r>
              <w:t>nélkül</w:t>
            </w:r>
            <w:proofErr w:type="spellEnd"/>
            <w:r>
              <w:t xml:space="preserve"> </w:t>
            </w:r>
            <w:proofErr w:type="spellStart"/>
            <w:r>
              <w:t>átengedni</w:t>
            </w:r>
            <w:proofErr w:type="spellEnd"/>
            <w:r>
              <w:t xml:space="preserve">, </w:t>
            </w:r>
            <w:proofErr w:type="spellStart"/>
            <w:r>
              <w:t>üzletszerű</w:t>
            </w:r>
            <w:proofErr w:type="spellEnd"/>
            <w:r>
              <w:t xml:space="preserve"> </w:t>
            </w:r>
            <w:proofErr w:type="spellStart"/>
            <w:r>
              <w:t>személy</w:t>
            </w:r>
            <w:proofErr w:type="spellEnd"/>
            <w:r>
              <w:t xml:space="preserve"> ill. </w:t>
            </w:r>
            <w:proofErr w:type="spellStart"/>
            <w:r>
              <w:t>teherszállításra</w:t>
            </w:r>
            <w:proofErr w:type="spellEnd"/>
            <w:r>
              <w:t xml:space="preserve"> a </w:t>
            </w:r>
            <w:proofErr w:type="spellStart"/>
            <w:r>
              <w:t>Bérbeadó</w:t>
            </w:r>
            <w:proofErr w:type="spellEnd"/>
            <w:r>
              <w:t xml:space="preserve"> </w:t>
            </w:r>
            <w:proofErr w:type="spellStart"/>
            <w:r>
              <w:t>és</w:t>
            </w:r>
            <w:proofErr w:type="spellEnd"/>
            <w:r>
              <w:t xml:space="preserve"> </w:t>
            </w:r>
            <w:proofErr w:type="spellStart"/>
            <w:r>
              <w:t>az</w:t>
            </w:r>
            <w:proofErr w:type="spellEnd"/>
            <w:r>
              <w:t xml:space="preserve"> </w:t>
            </w:r>
            <w:proofErr w:type="spellStart"/>
            <w:r>
              <w:t>illetékes</w:t>
            </w:r>
            <w:proofErr w:type="spellEnd"/>
            <w:r>
              <w:t xml:space="preserve"> </w:t>
            </w:r>
            <w:proofErr w:type="spellStart"/>
            <w:r>
              <w:t>közlekedési</w:t>
            </w:r>
            <w:proofErr w:type="spellEnd"/>
            <w:r>
              <w:t xml:space="preserve"> </w:t>
            </w:r>
            <w:proofErr w:type="spellStart"/>
            <w:r>
              <w:t>hatóság</w:t>
            </w:r>
            <w:proofErr w:type="spellEnd"/>
            <w:r>
              <w:t xml:space="preserve"> </w:t>
            </w:r>
            <w:proofErr w:type="spellStart"/>
            <w:r>
              <w:t>engedélye</w:t>
            </w:r>
            <w:proofErr w:type="spellEnd"/>
            <w:r>
              <w:t xml:space="preserve"> </w:t>
            </w:r>
            <w:proofErr w:type="spellStart"/>
            <w:r>
              <w:t>nélkül</w:t>
            </w:r>
            <w:proofErr w:type="spellEnd"/>
            <w:r>
              <w:t xml:space="preserve"> </w:t>
            </w:r>
            <w:proofErr w:type="spellStart"/>
            <w:r>
              <w:t>használni</w:t>
            </w:r>
            <w:proofErr w:type="spellEnd"/>
            <w:r>
              <w:t xml:space="preserve">, </w:t>
            </w:r>
            <w:proofErr w:type="spellStart"/>
            <w:r>
              <w:t>autóversenyzésre</w:t>
            </w:r>
            <w:proofErr w:type="spellEnd"/>
            <w:r>
              <w:t xml:space="preserve">, </w:t>
            </w:r>
            <w:proofErr w:type="spellStart"/>
            <w:r>
              <w:t>vagy</w:t>
            </w:r>
            <w:proofErr w:type="spellEnd"/>
            <w:r>
              <w:t xml:space="preserve"> </w:t>
            </w:r>
            <w:proofErr w:type="spellStart"/>
            <w:r>
              <w:t>arra</w:t>
            </w:r>
            <w:proofErr w:type="spellEnd"/>
            <w:r>
              <w:t xml:space="preserve"> </w:t>
            </w:r>
            <w:proofErr w:type="spellStart"/>
            <w:r>
              <w:t>való</w:t>
            </w:r>
            <w:proofErr w:type="spellEnd"/>
            <w:r>
              <w:t xml:space="preserve"> </w:t>
            </w:r>
            <w:proofErr w:type="spellStart"/>
            <w:r>
              <w:t>felkészülésre</w:t>
            </w:r>
            <w:proofErr w:type="spellEnd"/>
            <w:r>
              <w:t xml:space="preserve"> (</w:t>
            </w:r>
            <w:proofErr w:type="spellStart"/>
            <w:r>
              <w:t>edzés</w:t>
            </w:r>
            <w:proofErr w:type="spellEnd"/>
            <w:r>
              <w:t xml:space="preserve">) </w:t>
            </w:r>
            <w:proofErr w:type="spellStart"/>
            <w:r>
              <w:t>használni</w:t>
            </w:r>
            <w:proofErr w:type="spellEnd"/>
            <w:r>
              <w:t xml:space="preserve">, </w:t>
            </w:r>
            <w:proofErr w:type="spellStart"/>
            <w:r>
              <w:t>másik</w:t>
            </w:r>
            <w:proofErr w:type="spellEnd"/>
            <w:r>
              <w:t xml:space="preserve"> </w:t>
            </w:r>
            <w:proofErr w:type="spellStart"/>
            <w:r>
              <w:t>jármű</w:t>
            </w:r>
            <w:proofErr w:type="spellEnd"/>
            <w:r>
              <w:t xml:space="preserve"> </w:t>
            </w:r>
            <w:proofErr w:type="spellStart"/>
            <w:r>
              <w:t>vontatására</w:t>
            </w:r>
            <w:proofErr w:type="spellEnd"/>
            <w:r>
              <w:t xml:space="preserve"> </w:t>
            </w:r>
            <w:proofErr w:type="spellStart"/>
            <w:r>
              <w:t>használni</w:t>
            </w:r>
            <w:proofErr w:type="spellEnd"/>
            <w:r>
              <w:t xml:space="preserve">, </w:t>
            </w:r>
            <w:proofErr w:type="spellStart"/>
            <w:r>
              <w:t>kivéve</w:t>
            </w:r>
            <w:proofErr w:type="spellEnd"/>
            <w:r>
              <w:t xml:space="preserve">, ha </w:t>
            </w:r>
            <w:proofErr w:type="spellStart"/>
            <w:r>
              <w:t>Bérbeadó</w:t>
            </w:r>
            <w:proofErr w:type="spellEnd"/>
            <w:r>
              <w:t xml:space="preserve"> </w:t>
            </w:r>
            <w:proofErr w:type="spellStart"/>
            <w:r>
              <w:t>kifejezetten</w:t>
            </w:r>
            <w:proofErr w:type="spellEnd"/>
            <w:r>
              <w:t xml:space="preserve"> </w:t>
            </w:r>
            <w:proofErr w:type="spellStart"/>
            <w:r>
              <w:t>vontatás</w:t>
            </w:r>
            <w:proofErr w:type="spellEnd"/>
            <w:r>
              <w:t xml:space="preserve"> </w:t>
            </w:r>
            <w:proofErr w:type="spellStart"/>
            <w:r>
              <w:t>céljára</w:t>
            </w:r>
            <w:proofErr w:type="spellEnd"/>
            <w:r>
              <w:t xml:space="preserve"> </w:t>
            </w:r>
            <w:proofErr w:type="spellStart"/>
            <w:r>
              <w:t>adta</w:t>
            </w:r>
            <w:proofErr w:type="spellEnd"/>
            <w:r>
              <w:t xml:space="preserve"> </w:t>
            </w:r>
            <w:proofErr w:type="spellStart"/>
            <w:r>
              <w:t>bérbe</w:t>
            </w:r>
            <w:proofErr w:type="spellEnd"/>
            <w:r>
              <w:t xml:space="preserve">, </w:t>
            </w:r>
            <w:proofErr w:type="spellStart"/>
            <w:r>
              <w:t>hűtőfolyadék</w:t>
            </w:r>
            <w:proofErr w:type="spellEnd"/>
            <w:r>
              <w:t xml:space="preserve">, </w:t>
            </w:r>
            <w:proofErr w:type="spellStart"/>
            <w:r>
              <w:t>kenőolajok</w:t>
            </w:r>
            <w:proofErr w:type="spellEnd"/>
            <w:r>
              <w:t xml:space="preserve"> </w:t>
            </w:r>
            <w:proofErr w:type="spellStart"/>
            <w:r>
              <w:t>elfolyása</w:t>
            </w:r>
            <w:proofErr w:type="spellEnd"/>
            <w:r>
              <w:t xml:space="preserve">, ill. </w:t>
            </w:r>
            <w:proofErr w:type="spellStart"/>
            <w:r>
              <w:t>az</w:t>
            </w:r>
            <w:proofErr w:type="spellEnd"/>
            <w:r>
              <w:t xml:space="preserve"> </w:t>
            </w:r>
            <w:proofErr w:type="spellStart"/>
            <w:r>
              <w:t>ellenőrző</w:t>
            </w:r>
            <w:proofErr w:type="spellEnd"/>
            <w:r>
              <w:t xml:space="preserve"> </w:t>
            </w:r>
            <w:proofErr w:type="spellStart"/>
            <w:r>
              <w:t>műszerek</w:t>
            </w:r>
            <w:proofErr w:type="spellEnd"/>
            <w:r>
              <w:t xml:space="preserve"> </w:t>
            </w:r>
            <w:proofErr w:type="spellStart"/>
            <w:r>
              <w:t>tiltó</w:t>
            </w:r>
            <w:proofErr w:type="spellEnd"/>
            <w:r>
              <w:t xml:space="preserve"> </w:t>
            </w:r>
            <w:proofErr w:type="spellStart"/>
            <w:r>
              <w:t>jelzése</w:t>
            </w:r>
            <w:proofErr w:type="spellEnd"/>
            <w:r>
              <w:t xml:space="preserve"> </w:t>
            </w:r>
            <w:proofErr w:type="spellStart"/>
            <w:r>
              <w:t>esetén</w:t>
            </w:r>
            <w:proofErr w:type="spellEnd"/>
            <w:r>
              <w:t xml:space="preserve"> </w:t>
            </w:r>
            <w:proofErr w:type="spellStart"/>
            <w:r>
              <w:t>használni</w:t>
            </w:r>
            <w:proofErr w:type="spellEnd"/>
            <w:r>
              <w:t xml:space="preserve">, </w:t>
            </w:r>
            <w:proofErr w:type="spellStart"/>
            <w:r>
              <w:t>alkohol</w:t>
            </w:r>
            <w:proofErr w:type="spellEnd"/>
            <w:r>
              <w:t xml:space="preserve">, </w:t>
            </w:r>
            <w:proofErr w:type="spellStart"/>
            <w:r>
              <w:t>gyógyszer</w:t>
            </w:r>
            <w:proofErr w:type="spellEnd"/>
            <w:r>
              <w:t xml:space="preserve">, </w:t>
            </w:r>
            <w:proofErr w:type="spellStart"/>
            <w:r>
              <w:t>vagy</w:t>
            </w:r>
            <w:proofErr w:type="spellEnd"/>
            <w:r>
              <w:t xml:space="preserve"> </w:t>
            </w:r>
            <w:proofErr w:type="spellStart"/>
            <w:r>
              <w:t>kábítószer</w:t>
            </w:r>
            <w:proofErr w:type="spellEnd"/>
            <w:r>
              <w:t xml:space="preserve"> </w:t>
            </w:r>
            <w:proofErr w:type="spellStart"/>
            <w:r>
              <w:t>befolyása</w:t>
            </w:r>
            <w:proofErr w:type="spellEnd"/>
            <w:r>
              <w:t xml:space="preserve"> </w:t>
            </w:r>
            <w:proofErr w:type="spellStart"/>
            <w:r>
              <w:t>alatt</w:t>
            </w:r>
            <w:proofErr w:type="spellEnd"/>
            <w:r>
              <w:t xml:space="preserve"> </w:t>
            </w:r>
            <w:proofErr w:type="spellStart"/>
            <w:r>
              <w:t>vezetni</w:t>
            </w:r>
            <w:proofErr w:type="spellEnd"/>
            <w:r>
              <w:t xml:space="preserve">, </w:t>
            </w:r>
            <w:proofErr w:type="spellStart"/>
            <w:r>
              <w:t>vagy</w:t>
            </w:r>
            <w:proofErr w:type="spellEnd"/>
            <w:r>
              <w:t xml:space="preserve"> </w:t>
            </w:r>
            <w:proofErr w:type="spellStart"/>
            <w:r>
              <w:t>ilyen</w:t>
            </w:r>
            <w:proofErr w:type="spellEnd"/>
            <w:r>
              <w:t xml:space="preserve"> </w:t>
            </w:r>
            <w:proofErr w:type="spellStart"/>
            <w:r>
              <w:t>befolyásolás</w:t>
            </w:r>
            <w:proofErr w:type="spellEnd"/>
            <w:r>
              <w:t xml:space="preserve"> </w:t>
            </w:r>
            <w:proofErr w:type="spellStart"/>
            <w:r>
              <w:t>alatt</w:t>
            </w:r>
            <w:proofErr w:type="spellEnd"/>
            <w:r>
              <w:t xml:space="preserve"> </w:t>
            </w:r>
            <w:proofErr w:type="spellStart"/>
            <w:r>
              <w:t>álló</w:t>
            </w:r>
            <w:proofErr w:type="spellEnd"/>
            <w:r>
              <w:t xml:space="preserve"> </w:t>
            </w:r>
            <w:proofErr w:type="spellStart"/>
            <w:r>
              <w:t>személynek</w:t>
            </w:r>
            <w:proofErr w:type="spellEnd"/>
            <w:r>
              <w:t xml:space="preserve"> a </w:t>
            </w:r>
            <w:proofErr w:type="spellStart"/>
            <w:r>
              <w:t>vezetést</w:t>
            </w:r>
            <w:proofErr w:type="spellEnd"/>
            <w:r>
              <w:t xml:space="preserve"> </w:t>
            </w:r>
            <w:proofErr w:type="spellStart"/>
            <w:r>
              <w:t>átengedni</w:t>
            </w:r>
            <w:proofErr w:type="spellEnd"/>
            <w:r>
              <w:t xml:space="preserve">. </w:t>
            </w:r>
            <w:proofErr w:type="spellStart"/>
            <w:r>
              <w:t>Bérlő</w:t>
            </w:r>
            <w:proofErr w:type="spellEnd"/>
            <w:r>
              <w:t xml:space="preserve"> </w:t>
            </w:r>
            <w:proofErr w:type="spellStart"/>
            <w:r>
              <w:t>minden</w:t>
            </w:r>
            <w:proofErr w:type="spellEnd"/>
            <w:r>
              <w:t xml:space="preserve"> a </w:t>
            </w:r>
            <w:proofErr w:type="spellStart"/>
            <w:r>
              <w:t>fentiek</w:t>
            </w:r>
            <w:proofErr w:type="spellEnd"/>
            <w:r>
              <w:t xml:space="preserve"> be nem </w:t>
            </w:r>
            <w:proofErr w:type="spellStart"/>
            <w:r>
              <w:t>tartásából</w:t>
            </w:r>
            <w:proofErr w:type="spellEnd"/>
            <w:r>
              <w:t xml:space="preserve"> </w:t>
            </w:r>
            <w:proofErr w:type="spellStart"/>
            <w:r>
              <w:t>eredő</w:t>
            </w:r>
            <w:proofErr w:type="spellEnd"/>
            <w:r>
              <w:t xml:space="preserve"> </w:t>
            </w:r>
            <w:proofErr w:type="spellStart"/>
            <w:r>
              <w:t>kárért</w:t>
            </w:r>
            <w:proofErr w:type="spellEnd"/>
            <w:r>
              <w:t xml:space="preserve"> </w:t>
            </w:r>
            <w:proofErr w:type="spellStart"/>
            <w:r>
              <w:t>teljeskörű</w:t>
            </w:r>
            <w:proofErr w:type="spellEnd"/>
            <w:r>
              <w:t xml:space="preserve"> </w:t>
            </w:r>
            <w:proofErr w:type="spellStart"/>
            <w:r>
              <w:t>kártérítési</w:t>
            </w:r>
            <w:proofErr w:type="spellEnd"/>
            <w:r>
              <w:t xml:space="preserve"> </w:t>
            </w:r>
            <w:proofErr w:type="spellStart"/>
            <w:r>
              <w:t>felelősséggel</w:t>
            </w:r>
            <w:proofErr w:type="spellEnd"/>
            <w:r>
              <w:t xml:space="preserve"> </w:t>
            </w:r>
            <w:proofErr w:type="spellStart"/>
            <w:r>
              <w:t>tartozik</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D14FC76" w14:textId="77777777" w:rsidR="00BA1BB4" w:rsidRDefault="00000000">
            <w:pPr>
              <w:spacing w:after="0" w:line="240" w:lineRule="auto"/>
            </w:pPr>
            <w:r>
              <w:t>5.4</w:t>
            </w:r>
            <w:r>
              <w:tab/>
              <w:t>The Lessee acknowledges that it is expressly forbidden in particular to: rent or lend the Vehicle to another person; allow a person not specified in this Contract to drive it without the prior written consent of the Lessor; use it for commercial passenger or freight transport without the permission of the Lessor and the competent transport authority; use it for motor racing or preparation therefor (training); use it for towing another vehicle, unless the Lessor expressly leased it out for towing purposes; use it in the event of leakage of coolant or lubricating oils or if the warning instruments indicate prohibition; drive it under the influence of alcohol, medication or narcotic drugs, or allow a person under such influence to drive it. The Lessee shall bear full liability for damages arising from non-compliance with the above.</w:t>
            </w:r>
          </w:p>
        </w:tc>
      </w:tr>
      <w:tr w:rsidR="00BA1BB4" w14:paraId="43EB91A9"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7175CDB" w14:textId="77777777" w:rsidR="00BA1BB4" w:rsidRDefault="00000000">
            <w:pPr>
              <w:spacing w:after="0" w:line="240" w:lineRule="auto"/>
            </w:pPr>
            <w:r>
              <w:t>5.5</w:t>
            </w:r>
            <w:r>
              <w:tab/>
            </w:r>
            <w:proofErr w:type="spellStart"/>
            <w:r>
              <w:t>Szerződő</w:t>
            </w:r>
            <w:proofErr w:type="spellEnd"/>
            <w:r>
              <w:t xml:space="preserve"> </w:t>
            </w:r>
            <w:proofErr w:type="spellStart"/>
            <w:r>
              <w:t>felek</w:t>
            </w:r>
            <w:proofErr w:type="spellEnd"/>
            <w:r>
              <w:t xml:space="preserve"> </w:t>
            </w:r>
            <w:proofErr w:type="spellStart"/>
            <w:r>
              <w:t>megállapodnak</w:t>
            </w:r>
            <w:proofErr w:type="spellEnd"/>
            <w:r>
              <w:t xml:space="preserve">, </w:t>
            </w:r>
            <w:proofErr w:type="spellStart"/>
            <w:r>
              <w:t>hogy</w:t>
            </w:r>
            <w:proofErr w:type="spellEnd"/>
            <w:r>
              <w:t xml:space="preserve"> a </w:t>
            </w:r>
            <w:proofErr w:type="spellStart"/>
            <w:r>
              <w:t>Bérlő</w:t>
            </w:r>
            <w:proofErr w:type="spellEnd"/>
            <w:r>
              <w:t xml:space="preserve"> </w:t>
            </w:r>
            <w:proofErr w:type="spellStart"/>
            <w:r>
              <w:t>minden</w:t>
            </w:r>
            <w:proofErr w:type="spellEnd"/>
            <w:r>
              <w:t xml:space="preserve"> </w:t>
            </w:r>
            <w:proofErr w:type="spellStart"/>
            <w:r>
              <w:t>rendkívüli</w:t>
            </w:r>
            <w:proofErr w:type="spellEnd"/>
            <w:r>
              <w:t xml:space="preserve"> </w:t>
            </w:r>
            <w:proofErr w:type="spellStart"/>
            <w:r>
              <w:t>eseményről</w:t>
            </w:r>
            <w:proofErr w:type="spellEnd"/>
            <w:r>
              <w:t xml:space="preserve"> </w:t>
            </w:r>
            <w:proofErr w:type="spellStart"/>
            <w:r>
              <w:t>köteles</w:t>
            </w:r>
            <w:proofErr w:type="spellEnd"/>
            <w:r>
              <w:t xml:space="preserve"> </w:t>
            </w:r>
            <w:proofErr w:type="spellStart"/>
            <w:r>
              <w:t>Bérbeadót is értesíteni</w:t>
            </w:r>
            <w:proofErr w:type="spellEnd"/>
            <w:r>
              <w:t xml:space="preserve"> </w:t>
            </w:r>
            <w:proofErr w:type="spellStart"/>
            <w:r>
              <w:t>és</w:t>
            </w:r>
            <w:proofErr w:type="spellEnd"/>
            <w:r>
              <w:t xml:space="preserve"> </w:t>
            </w:r>
            <w:proofErr w:type="spellStart"/>
            <w:r>
              <w:t>vállalja</w:t>
            </w:r>
            <w:proofErr w:type="spellEnd"/>
            <w:r>
              <w:t xml:space="preserve">, </w:t>
            </w:r>
            <w:proofErr w:type="spellStart"/>
            <w:r>
              <w:t>hogy</w:t>
            </w:r>
            <w:proofErr w:type="spellEnd"/>
            <w:r>
              <w:t xml:space="preserve"> a </w:t>
            </w:r>
            <w:proofErr w:type="spellStart"/>
            <w:r>
              <w:t>gépjármű</w:t>
            </w:r>
            <w:proofErr w:type="spellEnd"/>
            <w:r>
              <w:t xml:space="preserve"> </w:t>
            </w:r>
            <w:proofErr w:type="spellStart"/>
            <w:r>
              <w:t>feltörése</w:t>
            </w:r>
            <w:proofErr w:type="spellEnd"/>
            <w:r>
              <w:t xml:space="preserve">, </w:t>
            </w:r>
            <w:proofErr w:type="spellStart"/>
            <w:r>
              <w:t>rongálása</w:t>
            </w:r>
            <w:proofErr w:type="spellEnd"/>
            <w:r>
              <w:t xml:space="preserve">, </w:t>
            </w:r>
            <w:proofErr w:type="spellStart"/>
            <w:r>
              <w:t>ellopása</w:t>
            </w:r>
            <w:proofErr w:type="spellEnd"/>
            <w:r>
              <w:t xml:space="preserve"> </w:t>
            </w:r>
            <w:proofErr w:type="spellStart"/>
            <w:r>
              <w:t>esetén</w:t>
            </w:r>
            <w:proofErr w:type="spellEnd"/>
            <w:r>
              <w:t xml:space="preserve"> </w:t>
            </w:r>
            <w:proofErr w:type="spellStart"/>
            <w:r>
              <w:t>Bérbeadót</w:t>
            </w:r>
            <w:proofErr w:type="spellEnd"/>
            <w:r>
              <w:t xml:space="preserve"> </w:t>
            </w:r>
            <w:proofErr w:type="spellStart"/>
            <w:r>
              <w:t>értesíti</w:t>
            </w:r>
            <w:proofErr w:type="spellEnd"/>
            <w:r>
              <w:t xml:space="preserve"> </w:t>
            </w:r>
            <w:proofErr w:type="spellStart"/>
            <w:r>
              <w:t>először</w:t>
            </w:r>
            <w:proofErr w:type="spellEnd"/>
            <w:r>
              <w:t xml:space="preserve"> </w:t>
            </w:r>
            <w:proofErr w:type="spellStart"/>
            <w:r>
              <w:t>és</w:t>
            </w:r>
            <w:proofErr w:type="spellEnd"/>
            <w:r>
              <w:t xml:space="preserve"> </w:t>
            </w:r>
            <w:proofErr w:type="spellStart"/>
            <w:r>
              <w:t>az</w:t>
            </w:r>
            <w:proofErr w:type="spellEnd"/>
            <w:r>
              <w:t xml:space="preserve"> </w:t>
            </w:r>
            <w:proofErr w:type="spellStart"/>
            <w:r>
              <w:t>akkor</w:t>
            </w:r>
            <w:proofErr w:type="spellEnd"/>
            <w:r>
              <w:t xml:space="preserve"> </w:t>
            </w:r>
            <w:proofErr w:type="spellStart"/>
            <w:r>
              <w:t>kapott</w:t>
            </w:r>
            <w:proofErr w:type="spellEnd"/>
            <w:r>
              <w:t xml:space="preserve"> </w:t>
            </w:r>
            <w:proofErr w:type="spellStart"/>
            <w:r>
              <w:t>információk</w:t>
            </w:r>
            <w:proofErr w:type="spellEnd"/>
            <w:r>
              <w:t xml:space="preserve"> </w:t>
            </w:r>
            <w:proofErr w:type="spellStart"/>
            <w:r>
              <w:t>szerint</w:t>
            </w:r>
            <w:proofErr w:type="spellEnd"/>
            <w:r>
              <w:t xml:space="preserve"> </w:t>
            </w:r>
            <w:proofErr w:type="spellStart"/>
            <w:r>
              <w:t>jár</w:t>
            </w:r>
            <w:proofErr w:type="spellEnd"/>
            <w:r>
              <w:t xml:space="preserve"> el, </w:t>
            </w:r>
            <w:proofErr w:type="spellStart"/>
            <w:r>
              <w:t>amennyiben</w:t>
            </w:r>
            <w:proofErr w:type="spellEnd"/>
            <w:r>
              <w:t xml:space="preserve"> </w:t>
            </w:r>
            <w:proofErr w:type="spellStart"/>
            <w:r>
              <w:t>Bérbeadó</w:t>
            </w:r>
            <w:proofErr w:type="spellEnd"/>
            <w:r>
              <w:t xml:space="preserve"> </w:t>
            </w:r>
            <w:proofErr w:type="spellStart"/>
            <w:r>
              <w:t>saját</w:t>
            </w:r>
            <w:proofErr w:type="spellEnd"/>
            <w:r>
              <w:t xml:space="preserve"> </w:t>
            </w:r>
            <w:proofErr w:type="spellStart"/>
            <w:r>
              <w:t>helyszínelőjét</w:t>
            </w:r>
            <w:proofErr w:type="spellEnd"/>
            <w:r>
              <w:t xml:space="preserve"> a </w:t>
            </w:r>
            <w:proofErr w:type="spellStart"/>
            <w:r>
              <w:t>helyszínre</w:t>
            </w:r>
            <w:proofErr w:type="spellEnd"/>
            <w:r>
              <w:t xml:space="preserve"> </w:t>
            </w:r>
            <w:proofErr w:type="spellStart"/>
            <w:r>
              <w:t>küldi</w:t>
            </w:r>
            <w:proofErr w:type="spellEnd"/>
            <w:r>
              <w:t xml:space="preserve"> – </w:t>
            </w:r>
            <w:proofErr w:type="spellStart"/>
            <w:r>
              <w:t>Őt</w:t>
            </w:r>
            <w:proofErr w:type="spellEnd"/>
            <w:r>
              <w:t xml:space="preserve"> </w:t>
            </w:r>
            <w:proofErr w:type="spellStart"/>
            <w:r>
              <w:t>ott</w:t>
            </w:r>
            <w:proofErr w:type="spellEnd"/>
            <w:r>
              <w:t xml:space="preserve"> </w:t>
            </w:r>
            <w:proofErr w:type="spellStart"/>
            <w:r>
              <w:t>megvárja</w:t>
            </w:r>
            <w:proofErr w:type="spellEnd"/>
            <w:r>
              <w:t xml:space="preserve">. </w:t>
            </w:r>
            <w:proofErr w:type="spellStart"/>
            <w:r>
              <w:t>Balesetnél</w:t>
            </w:r>
            <w:proofErr w:type="spellEnd"/>
            <w:r>
              <w:t xml:space="preserve"> a </w:t>
            </w:r>
            <w:proofErr w:type="spellStart"/>
            <w:r>
              <w:t>Bérlő</w:t>
            </w:r>
            <w:proofErr w:type="spellEnd"/>
            <w:r>
              <w:t xml:space="preserve"> </w:t>
            </w:r>
            <w:proofErr w:type="spellStart"/>
            <w:r>
              <w:t>köteles</w:t>
            </w:r>
            <w:proofErr w:type="spellEnd"/>
            <w:r>
              <w:t xml:space="preserve"> </w:t>
            </w:r>
            <w:proofErr w:type="spellStart"/>
            <w:r>
              <w:t>továbbá</w:t>
            </w:r>
            <w:proofErr w:type="spellEnd"/>
            <w:r>
              <w:t xml:space="preserve"> </w:t>
            </w:r>
            <w:proofErr w:type="spellStart"/>
            <w:r>
              <w:t>gondossággal</w:t>
            </w:r>
            <w:proofErr w:type="spellEnd"/>
            <w:r>
              <w:t xml:space="preserve"> </w:t>
            </w:r>
            <w:proofErr w:type="spellStart"/>
            <w:r>
              <w:t>eljárni</w:t>
            </w:r>
            <w:proofErr w:type="spellEnd"/>
            <w:r>
              <w:t xml:space="preserve">, </w:t>
            </w:r>
            <w:proofErr w:type="spellStart"/>
            <w:r>
              <w:t>az</w:t>
            </w:r>
            <w:proofErr w:type="spellEnd"/>
            <w:r>
              <w:t xml:space="preserve"> </w:t>
            </w:r>
            <w:proofErr w:type="spellStart"/>
            <w:r>
              <w:t>ügy</w:t>
            </w:r>
            <w:proofErr w:type="spellEnd"/>
            <w:r>
              <w:t xml:space="preserve"> </w:t>
            </w:r>
            <w:proofErr w:type="spellStart"/>
            <w:r>
              <w:t>kellő</w:t>
            </w:r>
            <w:proofErr w:type="spellEnd"/>
            <w:r>
              <w:t xml:space="preserve"> </w:t>
            </w:r>
            <w:proofErr w:type="spellStart"/>
            <w:r>
              <w:t>tisztázására</w:t>
            </w:r>
            <w:proofErr w:type="spellEnd"/>
            <w:r>
              <w:t xml:space="preserve"> </w:t>
            </w:r>
            <w:proofErr w:type="spellStart"/>
            <w:r>
              <w:t>mindent</w:t>
            </w:r>
            <w:proofErr w:type="spellEnd"/>
            <w:r>
              <w:t xml:space="preserve"> </w:t>
            </w:r>
            <w:proofErr w:type="spellStart"/>
            <w:r>
              <w:t>megtenni</w:t>
            </w:r>
            <w:proofErr w:type="spellEnd"/>
            <w:r>
              <w:t xml:space="preserve">, a </w:t>
            </w:r>
            <w:proofErr w:type="spellStart"/>
            <w:r>
              <w:t>káreseményben</w:t>
            </w:r>
            <w:proofErr w:type="spellEnd"/>
            <w:r>
              <w:t xml:space="preserve"> </w:t>
            </w:r>
            <w:proofErr w:type="spellStart"/>
            <w:r>
              <w:t>résztvevők</w:t>
            </w:r>
            <w:proofErr w:type="spellEnd"/>
            <w:r>
              <w:t xml:space="preserve"> </w:t>
            </w:r>
            <w:proofErr w:type="spellStart"/>
            <w:r>
              <w:t>minden</w:t>
            </w:r>
            <w:proofErr w:type="spellEnd"/>
            <w:r>
              <w:t xml:space="preserve"> </w:t>
            </w:r>
            <w:proofErr w:type="spellStart"/>
            <w:r>
              <w:t>lehetséges</w:t>
            </w:r>
            <w:proofErr w:type="spellEnd"/>
            <w:r>
              <w:t xml:space="preserve"> </w:t>
            </w:r>
            <w:proofErr w:type="spellStart"/>
            <w:r>
              <w:t>adatát</w:t>
            </w:r>
            <w:proofErr w:type="spellEnd"/>
            <w:r>
              <w:t xml:space="preserve"> </w:t>
            </w:r>
            <w:proofErr w:type="spellStart"/>
            <w:r>
              <w:t>beszerezni</w:t>
            </w:r>
            <w:proofErr w:type="spellEnd"/>
            <w:r>
              <w:t xml:space="preserve"> (pl. </w:t>
            </w:r>
            <w:proofErr w:type="spellStart"/>
            <w:r>
              <w:t>másik</w:t>
            </w:r>
            <w:proofErr w:type="spellEnd"/>
            <w:r>
              <w:t xml:space="preserve"> </w:t>
            </w:r>
            <w:proofErr w:type="spellStart"/>
            <w:r>
              <w:t>jármű</w:t>
            </w:r>
            <w:proofErr w:type="spellEnd"/>
            <w:r>
              <w:t xml:space="preserve"> </w:t>
            </w:r>
            <w:proofErr w:type="spellStart"/>
            <w:r>
              <w:t>rendszáma</w:t>
            </w:r>
            <w:proofErr w:type="spellEnd"/>
            <w:r>
              <w:t xml:space="preserve">, a </w:t>
            </w:r>
            <w:proofErr w:type="spellStart"/>
            <w:r>
              <w:t>tulajdonos</w:t>
            </w:r>
            <w:proofErr w:type="spellEnd"/>
            <w:r>
              <w:t>/</w:t>
            </w:r>
            <w:proofErr w:type="spellStart"/>
            <w:r>
              <w:t>vezető</w:t>
            </w:r>
            <w:proofErr w:type="spellEnd"/>
            <w:r>
              <w:t xml:space="preserve"> neve, </w:t>
            </w:r>
            <w:proofErr w:type="spellStart"/>
            <w:r>
              <w:t>címe</w:t>
            </w:r>
            <w:proofErr w:type="spellEnd"/>
            <w:r>
              <w:t xml:space="preserve">, </w:t>
            </w:r>
            <w:proofErr w:type="spellStart"/>
            <w:r>
              <w:t>tanúk</w:t>
            </w:r>
            <w:proofErr w:type="spellEnd"/>
            <w:r>
              <w:t xml:space="preserve"> neve, </w:t>
            </w:r>
            <w:proofErr w:type="spellStart"/>
            <w:r>
              <w:t>címe</w:t>
            </w:r>
            <w:proofErr w:type="spellEnd"/>
            <w:r>
              <w:t xml:space="preserve">, </w:t>
            </w:r>
            <w:proofErr w:type="spellStart"/>
            <w:r>
              <w:t>helyszínrajz</w:t>
            </w:r>
            <w:proofErr w:type="spellEnd"/>
            <w:r>
              <w:t xml:space="preserve">, </w:t>
            </w:r>
            <w:proofErr w:type="spellStart"/>
            <w:r>
              <w:t>esetleg</w:t>
            </w:r>
            <w:proofErr w:type="spellEnd"/>
            <w:r>
              <w:t xml:space="preserve"> </w:t>
            </w:r>
            <w:proofErr w:type="spellStart"/>
            <w:r>
              <w:t>fénykép</w:t>
            </w:r>
            <w:proofErr w:type="spellEnd"/>
            <w:r>
              <w:t xml:space="preserve">). A </w:t>
            </w:r>
            <w:proofErr w:type="spellStart"/>
            <w:r>
              <w:t>Bérlőnek</w:t>
            </w:r>
            <w:proofErr w:type="spellEnd"/>
            <w:r>
              <w:t xml:space="preserve"> </w:t>
            </w:r>
            <w:proofErr w:type="spellStart"/>
            <w:r>
              <w:t>nincs</w:t>
            </w:r>
            <w:proofErr w:type="spellEnd"/>
            <w:r>
              <w:t xml:space="preserve"> </w:t>
            </w:r>
            <w:proofErr w:type="spellStart"/>
            <w:r>
              <w:t>megegyezési</w:t>
            </w:r>
            <w:proofErr w:type="spellEnd"/>
            <w:r>
              <w:t xml:space="preserve"> </w:t>
            </w:r>
            <w:proofErr w:type="spellStart"/>
            <w:r>
              <w:t>joga</w:t>
            </w:r>
            <w:proofErr w:type="spellEnd"/>
            <w:r>
              <w:t xml:space="preserve">, a </w:t>
            </w:r>
            <w:proofErr w:type="spellStart"/>
            <w:r>
              <w:t>Bérbeadó</w:t>
            </w:r>
            <w:proofErr w:type="spellEnd"/>
            <w:r>
              <w:t xml:space="preserve"> </w:t>
            </w:r>
            <w:proofErr w:type="spellStart"/>
            <w:r>
              <w:t>nevében</w:t>
            </w:r>
            <w:proofErr w:type="spellEnd"/>
            <w:r>
              <w:t xml:space="preserve"> </w:t>
            </w:r>
            <w:proofErr w:type="spellStart"/>
            <w:r>
              <w:t>és</w:t>
            </w:r>
            <w:proofErr w:type="spellEnd"/>
            <w:r>
              <w:t>/</w:t>
            </w:r>
            <w:proofErr w:type="spellStart"/>
            <w:r>
              <w:t>vagy</w:t>
            </w:r>
            <w:proofErr w:type="spellEnd"/>
            <w:r>
              <w:t xml:space="preserve"> </w:t>
            </w:r>
            <w:proofErr w:type="spellStart"/>
            <w:r>
              <w:t>sérelmére</w:t>
            </w:r>
            <w:proofErr w:type="spellEnd"/>
            <w:r>
              <w:t xml:space="preserve"> </w:t>
            </w:r>
            <w:proofErr w:type="spellStart"/>
            <w:r>
              <w:t>semminemű</w:t>
            </w:r>
            <w:proofErr w:type="spellEnd"/>
            <w:r>
              <w:t xml:space="preserve"> </w:t>
            </w:r>
            <w:proofErr w:type="spellStart"/>
            <w:r>
              <w:t>elismerő</w:t>
            </w:r>
            <w:proofErr w:type="spellEnd"/>
            <w:r>
              <w:t xml:space="preserve"> </w:t>
            </w:r>
            <w:proofErr w:type="spellStart"/>
            <w:r>
              <w:t>és</w:t>
            </w:r>
            <w:proofErr w:type="spellEnd"/>
            <w:r>
              <w:t>/</w:t>
            </w:r>
            <w:proofErr w:type="spellStart"/>
            <w:r>
              <w:t>vagy</w:t>
            </w:r>
            <w:proofErr w:type="spellEnd"/>
            <w:r>
              <w:t xml:space="preserve"> </w:t>
            </w:r>
            <w:proofErr w:type="spellStart"/>
            <w:r>
              <w:t>jogról</w:t>
            </w:r>
            <w:proofErr w:type="spellEnd"/>
            <w:r>
              <w:t xml:space="preserve"> </w:t>
            </w:r>
            <w:proofErr w:type="spellStart"/>
            <w:r>
              <w:t>lemondó</w:t>
            </w:r>
            <w:proofErr w:type="spellEnd"/>
            <w:r>
              <w:t xml:space="preserve"> </w:t>
            </w:r>
            <w:proofErr w:type="spellStart"/>
            <w:r>
              <w:t>nyilatkozatot</w:t>
            </w:r>
            <w:proofErr w:type="spellEnd"/>
            <w:r>
              <w:t xml:space="preserve"> nem </w:t>
            </w:r>
            <w:proofErr w:type="spellStart"/>
            <w:r>
              <w:t>tehet</w:t>
            </w:r>
            <w:proofErr w:type="spellEnd"/>
            <w:r>
              <w:t xml:space="preserve">. </w:t>
            </w:r>
            <w:proofErr w:type="spellStart"/>
            <w:r>
              <w:t>Amennyiben</w:t>
            </w:r>
            <w:proofErr w:type="spellEnd"/>
            <w:r>
              <w:t xml:space="preserve"> </w:t>
            </w:r>
            <w:proofErr w:type="spellStart"/>
            <w:r>
              <w:t>önhibás</w:t>
            </w:r>
            <w:proofErr w:type="spellEnd"/>
            <w:r>
              <w:t xml:space="preserve"> </w:t>
            </w:r>
            <w:proofErr w:type="spellStart"/>
            <w:r>
              <w:t>károkozás</w:t>
            </w:r>
            <w:proofErr w:type="spellEnd"/>
            <w:r>
              <w:t xml:space="preserve"> </w:t>
            </w:r>
            <w:proofErr w:type="spellStart"/>
            <w:r>
              <w:t>történt</w:t>
            </w:r>
            <w:proofErr w:type="spellEnd"/>
            <w:r>
              <w:t xml:space="preserve">, </w:t>
            </w:r>
            <w:proofErr w:type="spellStart"/>
            <w:r>
              <w:t>azaz</w:t>
            </w:r>
            <w:proofErr w:type="spellEnd"/>
            <w:r>
              <w:t xml:space="preserve"> </w:t>
            </w:r>
            <w:proofErr w:type="spellStart"/>
            <w:r>
              <w:t>betétlap</w:t>
            </w:r>
            <w:proofErr w:type="spellEnd"/>
            <w:r>
              <w:t xml:space="preserve"> </w:t>
            </w:r>
            <w:proofErr w:type="spellStart"/>
            <w:r>
              <w:t>kiadás</w:t>
            </w:r>
            <w:proofErr w:type="spellEnd"/>
            <w:r>
              <w:t xml:space="preserve"> </w:t>
            </w:r>
            <w:proofErr w:type="spellStart"/>
            <w:r>
              <w:t>történik</w:t>
            </w:r>
            <w:proofErr w:type="spellEnd"/>
            <w:r>
              <w:t xml:space="preserve">, </w:t>
            </w:r>
            <w:proofErr w:type="spellStart"/>
            <w:r>
              <w:t>úgy</w:t>
            </w:r>
            <w:proofErr w:type="spellEnd"/>
            <w:r>
              <w:t xml:space="preserve"> </w:t>
            </w:r>
            <w:proofErr w:type="spellStart"/>
            <w:r>
              <w:t>annak</w:t>
            </w:r>
            <w:proofErr w:type="spellEnd"/>
            <w:r>
              <w:t xml:space="preserve"> </w:t>
            </w:r>
            <w:proofErr w:type="spellStart"/>
            <w:r>
              <w:t>egyszeri</w:t>
            </w:r>
            <w:proofErr w:type="spellEnd"/>
            <w:r>
              <w:t xml:space="preserve"> </w:t>
            </w:r>
            <w:proofErr w:type="spellStart"/>
            <w:r>
              <w:t>díja</w:t>
            </w:r>
            <w:proofErr w:type="spellEnd"/>
            <w:r>
              <w:t xml:space="preserve"> </w:t>
            </w:r>
            <w:r w:rsidR="00F172AB">
              <w:t>150</w:t>
            </w:r>
            <w:r>
              <w:t xml:space="preserve"> 000 </w:t>
            </w:r>
            <w:proofErr w:type="spellStart"/>
            <w:r>
              <w:t>Ft+Áfa</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6520736" w14:textId="77777777" w:rsidR="00BA1BB4" w:rsidRDefault="00000000">
            <w:pPr>
              <w:spacing w:after="0" w:line="240" w:lineRule="auto"/>
            </w:pPr>
            <w:r>
              <w:t>5.5</w:t>
            </w:r>
            <w:r>
              <w:tab/>
              <w:t xml:space="preserve">The Contracting Parties agree that the Lessee shall also notify the Lessor of every extraordinary event and undertakes that in the event of break-in, damage to, or theft of the vehicle, the Lessee shall notify the Lessor first and act according to the information then received; if the Lessor sends its own investigator to the scene, the Lessee shall wait for him/her there. In the event of an accident, the Lessee shall further be obliged to act with due care, to do everything necessary to properly clarify the case, and to obtain all possible details of those involved in the loss event (e.g. registration number of the other vehicle, name and address of the owner/driver, names and addresses of witnesses, sketch of the scene, possibly photographs). The Lessee has no right to </w:t>
            </w:r>
            <w:proofErr w:type="gramStart"/>
            <w:r>
              <w:t>settle, and</w:t>
            </w:r>
            <w:proofErr w:type="gramEnd"/>
            <w:r>
              <w:t xml:space="preserve"> may not make any acknowledging statement and/or waiver of rights in the name of and/or to the detriment of the Lessor. If damage was caused through the Lessee's own fault, i.e. an accident report form is issued, the one-time fee thereof shall be HUF </w:t>
            </w:r>
            <w:r w:rsidR="00F172AB">
              <w:t>150</w:t>
            </w:r>
            <w:r>
              <w:t>,000 + VAT.</w:t>
            </w:r>
          </w:p>
        </w:tc>
      </w:tr>
      <w:tr w:rsidR="00BA1BB4" w14:paraId="58CDBB44"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F3FE194" w14:textId="77777777" w:rsidR="00BA1BB4" w:rsidRDefault="00000000">
            <w:pPr>
              <w:spacing w:after="0" w:line="240" w:lineRule="auto"/>
            </w:pPr>
            <w:r>
              <w:t>5.6</w:t>
            </w:r>
            <w:r>
              <w:tab/>
              <w:t xml:space="preserve">Jelen, </w:t>
            </w:r>
            <w:proofErr w:type="spellStart"/>
            <w:r>
              <w:t>teljes</w:t>
            </w:r>
            <w:proofErr w:type="spellEnd"/>
            <w:r>
              <w:t xml:space="preserve"> </w:t>
            </w:r>
            <w:proofErr w:type="spellStart"/>
            <w:r>
              <w:t>bizonyító</w:t>
            </w:r>
            <w:proofErr w:type="spellEnd"/>
            <w:r>
              <w:t xml:space="preserve"> </w:t>
            </w:r>
            <w:proofErr w:type="spellStart"/>
            <w:r>
              <w:t>erejű</w:t>
            </w:r>
            <w:proofErr w:type="spellEnd"/>
            <w:r>
              <w:t xml:space="preserve"> </w:t>
            </w:r>
            <w:proofErr w:type="spellStart"/>
            <w:r>
              <w:t>magánokiratba</w:t>
            </w:r>
            <w:proofErr w:type="spellEnd"/>
            <w:r>
              <w:t xml:space="preserve"> </w:t>
            </w:r>
            <w:proofErr w:type="spellStart"/>
            <w:r>
              <w:t>foglalt</w:t>
            </w:r>
            <w:proofErr w:type="spellEnd"/>
            <w:r>
              <w:t xml:space="preserve"> </w:t>
            </w:r>
            <w:proofErr w:type="spellStart"/>
            <w:r>
              <w:t>szerződés</w:t>
            </w:r>
            <w:proofErr w:type="spellEnd"/>
            <w:r>
              <w:t xml:space="preserve"> </w:t>
            </w:r>
            <w:proofErr w:type="spellStart"/>
            <w:r>
              <w:t>aláírásával</w:t>
            </w:r>
            <w:proofErr w:type="spellEnd"/>
            <w:r>
              <w:t xml:space="preserve"> </w:t>
            </w:r>
            <w:proofErr w:type="spellStart"/>
            <w:r>
              <w:t>tudomásul</w:t>
            </w:r>
            <w:proofErr w:type="spellEnd"/>
            <w:r>
              <w:t xml:space="preserve"> </w:t>
            </w:r>
            <w:proofErr w:type="spellStart"/>
            <w:r>
              <w:t>veszem</w:t>
            </w:r>
            <w:proofErr w:type="spellEnd"/>
            <w:r>
              <w:t xml:space="preserve">, </w:t>
            </w:r>
            <w:proofErr w:type="spellStart"/>
            <w:r>
              <w:t>hogy</w:t>
            </w:r>
            <w:proofErr w:type="spellEnd"/>
            <w:r>
              <w:t xml:space="preserve"> a </w:t>
            </w:r>
            <w:proofErr w:type="spellStart"/>
            <w:r>
              <w:t>közúti</w:t>
            </w:r>
            <w:proofErr w:type="spellEnd"/>
            <w:r>
              <w:t xml:space="preserve"> </w:t>
            </w:r>
            <w:proofErr w:type="spellStart"/>
            <w:r>
              <w:t>közlekedésről</w:t>
            </w:r>
            <w:proofErr w:type="spellEnd"/>
            <w:r>
              <w:t xml:space="preserve"> </w:t>
            </w:r>
            <w:proofErr w:type="spellStart"/>
            <w:r>
              <w:t>szóló</w:t>
            </w:r>
            <w:proofErr w:type="spellEnd"/>
            <w:r>
              <w:t xml:space="preserve"> 1988. </w:t>
            </w:r>
            <w:proofErr w:type="spellStart"/>
            <w:r>
              <w:t>évi</w:t>
            </w:r>
            <w:proofErr w:type="spellEnd"/>
            <w:r>
              <w:t xml:space="preserve"> I. </w:t>
            </w:r>
            <w:proofErr w:type="spellStart"/>
            <w:r>
              <w:t>törvény</w:t>
            </w:r>
            <w:proofErr w:type="spellEnd"/>
            <w:r>
              <w:t xml:space="preserve"> 21/A § (2) </w:t>
            </w:r>
            <w:proofErr w:type="spellStart"/>
            <w:r>
              <w:t>bekezdésében</w:t>
            </w:r>
            <w:proofErr w:type="spellEnd"/>
            <w:r>
              <w:t xml:space="preserve"> </w:t>
            </w:r>
            <w:proofErr w:type="spellStart"/>
            <w:r>
              <w:t>foglaltak</w:t>
            </w:r>
            <w:proofErr w:type="spellEnd"/>
            <w:r>
              <w:t xml:space="preserve"> </w:t>
            </w:r>
            <w:proofErr w:type="spellStart"/>
            <w:r>
              <w:t>szerint</w:t>
            </w:r>
            <w:proofErr w:type="spellEnd"/>
            <w:r>
              <w:t xml:space="preserve">, a </w:t>
            </w:r>
            <w:proofErr w:type="spellStart"/>
            <w:r>
              <w:t>gépjármű</w:t>
            </w:r>
            <w:proofErr w:type="spellEnd"/>
            <w:r>
              <w:t xml:space="preserve"> </w:t>
            </w:r>
            <w:proofErr w:type="spellStart"/>
            <w:r>
              <w:t>használata</w:t>
            </w:r>
            <w:proofErr w:type="spellEnd"/>
            <w:r>
              <w:t xml:space="preserve"> </w:t>
            </w:r>
            <w:proofErr w:type="spellStart"/>
            <w:r>
              <w:t>során</w:t>
            </w:r>
            <w:proofErr w:type="spellEnd"/>
            <w:r>
              <w:t xml:space="preserve"> </w:t>
            </w:r>
            <w:proofErr w:type="spellStart"/>
            <w:r>
              <w:t>esetlegesen</w:t>
            </w:r>
            <w:proofErr w:type="spellEnd"/>
            <w:r>
              <w:t xml:space="preserve"> </w:t>
            </w:r>
            <w:proofErr w:type="spellStart"/>
            <w:r>
              <w:t>kiszabásra</w:t>
            </w:r>
            <w:proofErr w:type="spellEnd"/>
            <w:r>
              <w:t xml:space="preserve"> </w:t>
            </w:r>
            <w:proofErr w:type="spellStart"/>
            <w:r>
              <w:t>kerülő</w:t>
            </w:r>
            <w:proofErr w:type="spellEnd"/>
            <w:r>
              <w:t xml:space="preserve"> </w:t>
            </w:r>
            <w:proofErr w:type="spellStart"/>
            <w:r>
              <w:t>közigazgatási</w:t>
            </w:r>
            <w:proofErr w:type="spellEnd"/>
            <w:r>
              <w:t xml:space="preserve"> </w:t>
            </w:r>
            <w:proofErr w:type="spellStart"/>
            <w:r>
              <w:t>bírságot</w:t>
            </w:r>
            <w:proofErr w:type="spellEnd"/>
            <w:r>
              <w:t xml:space="preserve"> </w:t>
            </w:r>
            <w:proofErr w:type="spellStart"/>
            <w:r>
              <w:t>alulírottal</w:t>
            </w:r>
            <w:proofErr w:type="spellEnd"/>
            <w:r>
              <w:t xml:space="preserve">, mint </w:t>
            </w:r>
            <w:proofErr w:type="spellStart"/>
            <w:r>
              <w:t>használatba</w:t>
            </w:r>
            <w:proofErr w:type="spellEnd"/>
            <w:r>
              <w:t xml:space="preserve"> </w:t>
            </w:r>
            <w:proofErr w:type="spellStart"/>
            <w:r>
              <w:t>vevővel</w:t>
            </w:r>
            <w:proofErr w:type="spellEnd"/>
            <w:r>
              <w:t xml:space="preserve"> </w:t>
            </w:r>
            <w:proofErr w:type="spellStart"/>
            <w:r>
              <w:t>szemben</w:t>
            </w:r>
            <w:proofErr w:type="spellEnd"/>
            <w:r>
              <w:t xml:space="preserve"> </w:t>
            </w:r>
            <w:proofErr w:type="spellStart"/>
            <w:r>
              <w:t>fogják</w:t>
            </w:r>
            <w:proofErr w:type="spellEnd"/>
            <w:r>
              <w:t xml:space="preserve"> </w:t>
            </w:r>
            <w:proofErr w:type="spellStart"/>
            <w:r>
              <w:t>kiszabni</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0BDB4CC" w14:textId="77777777" w:rsidR="00BA1BB4" w:rsidRDefault="00000000">
            <w:pPr>
              <w:spacing w:after="0" w:line="240" w:lineRule="auto"/>
            </w:pPr>
            <w:r>
              <w:t>5.6</w:t>
            </w:r>
            <w:r>
              <w:tab/>
              <w:t>By signing this contract set forth in a private document of full probative force, I acknowledge that pursuant to Section 21/A (2) of Act I of 1988 on Road Traffic, any administrative fine that may be imposed during the use of the vehicle shall be imposed on the undersigned as the user.</w:t>
            </w:r>
          </w:p>
        </w:tc>
      </w:tr>
      <w:tr w:rsidR="00BA1BB4" w14:paraId="17AAAB63"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79612A4" w14:textId="77777777" w:rsidR="00BA1BB4" w:rsidRDefault="00000000">
            <w:pPr>
              <w:spacing w:after="0" w:line="240" w:lineRule="auto"/>
            </w:pPr>
            <w:r>
              <w:t>5.7</w:t>
            </w:r>
            <w:r>
              <w:tab/>
              <w:t xml:space="preserve">Jelen </w:t>
            </w:r>
            <w:proofErr w:type="spellStart"/>
            <w:r>
              <w:t>szerződés</w:t>
            </w:r>
            <w:proofErr w:type="spellEnd"/>
            <w:r>
              <w:t xml:space="preserve"> </w:t>
            </w:r>
            <w:proofErr w:type="spellStart"/>
            <w:r>
              <w:t>aláírásával</w:t>
            </w:r>
            <w:proofErr w:type="spellEnd"/>
            <w:r>
              <w:t xml:space="preserve"> </w:t>
            </w:r>
            <w:proofErr w:type="spellStart"/>
            <w:r>
              <w:t>Bérlő</w:t>
            </w:r>
            <w:proofErr w:type="spellEnd"/>
            <w:r>
              <w:t xml:space="preserve"> </w:t>
            </w:r>
            <w:proofErr w:type="spellStart"/>
            <w:r>
              <w:t>hozzájárul</w:t>
            </w:r>
            <w:proofErr w:type="spellEnd"/>
            <w:r>
              <w:t xml:space="preserve"> </w:t>
            </w:r>
            <w:proofErr w:type="spellStart"/>
            <w:r>
              <w:t>ahhoz</w:t>
            </w:r>
            <w:proofErr w:type="spellEnd"/>
            <w:r>
              <w:t xml:space="preserve">, </w:t>
            </w:r>
            <w:proofErr w:type="spellStart"/>
            <w:r>
              <w:t>hogy</w:t>
            </w:r>
            <w:proofErr w:type="spellEnd"/>
            <w:r>
              <w:t xml:space="preserve"> </w:t>
            </w:r>
            <w:proofErr w:type="spellStart"/>
            <w:r>
              <w:t>az</w:t>
            </w:r>
            <w:proofErr w:type="spellEnd"/>
            <w:r>
              <w:t xml:space="preserve"> </w:t>
            </w:r>
            <w:proofErr w:type="spellStart"/>
            <w:r>
              <w:t>üzembentartó</w:t>
            </w:r>
            <w:proofErr w:type="spellEnd"/>
            <w:r>
              <w:t xml:space="preserve"> a </w:t>
            </w:r>
            <w:proofErr w:type="spellStart"/>
            <w:r>
              <w:t>közúti</w:t>
            </w:r>
            <w:proofErr w:type="spellEnd"/>
            <w:r>
              <w:t xml:space="preserve"> </w:t>
            </w:r>
            <w:proofErr w:type="spellStart"/>
            <w:r>
              <w:t>közlekedésről</w:t>
            </w:r>
            <w:proofErr w:type="spellEnd"/>
            <w:r>
              <w:t xml:space="preserve"> </w:t>
            </w:r>
            <w:proofErr w:type="spellStart"/>
            <w:r>
              <w:t>szóló</w:t>
            </w:r>
            <w:proofErr w:type="spellEnd"/>
            <w:r>
              <w:t xml:space="preserve"> </w:t>
            </w:r>
            <w:proofErr w:type="spellStart"/>
            <w:r>
              <w:t xml:space="preserve">törvényben 21. § </w:t>
            </w:r>
            <w:proofErr w:type="spellEnd"/>
            <w:r>
              <w:t xml:space="preserve">(1) </w:t>
            </w:r>
            <w:proofErr w:type="spellStart"/>
            <w:r>
              <w:t>bekezdésében</w:t>
            </w:r>
            <w:proofErr w:type="spellEnd"/>
            <w:r>
              <w:t xml:space="preserve"> </w:t>
            </w:r>
            <w:proofErr w:type="spellStart"/>
            <w:r>
              <w:t>foglaltak</w:t>
            </w:r>
            <w:proofErr w:type="spellEnd"/>
            <w:r>
              <w:t xml:space="preserve"> </w:t>
            </w:r>
            <w:proofErr w:type="spellStart"/>
            <w:r>
              <w:t>megszegése</w:t>
            </w:r>
            <w:proofErr w:type="spellEnd"/>
            <w:r>
              <w:t xml:space="preserve"> </w:t>
            </w:r>
            <w:proofErr w:type="spellStart"/>
            <w:r>
              <w:t>esetén</w:t>
            </w:r>
            <w:proofErr w:type="spellEnd"/>
            <w:r>
              <w:t xml:space="preserve"> </w:t>
            </w:r>
            <w:proofErr w:type="spellStart"/>
            <w:r>
              <w:t>kiszabásra</w:t>
            </w:r>
            <w:proofErr w:type="spellEnd"/>
            <w:r>
              <w:t xml:space="preserve"> </w:t>
            </w:r>
            <w:proofErr w:type="spellStart"/>
            <w:r>
              <w:t>kerülő</w:t>
            </w:r>
            <w:proofErr w:type="spellEnd"/>
            <w:r>
              <w:t xml:space="preserve"> </w:t>
            </w:r>
            <w:proofErr w:type="spellStart"/>
            <w:r>
              <w:t>közigazgatási</w:t>
            </w:r>
            <w:proofErr w:type="spellEnd"/>
            <w:r>
              <w:t xml:space="preserve"> </w:t>
            </w:r>
            <w:proofErr w:type="spellStart"/>
            <w:r>
              <w:t>bírságot</w:t>
            </w:r>
            <w:proofErr w:type="spellEnd"/>
            <w:r>
              <w:t xml:space="preserve"> </w:t>
            </w:r>
            <w:proofErr w:type="spellStart"/>
            <w:r>
              <w:t>tartalmazó</w:t>
            </w:r>
            <w:proofErr w:type="spellEnd"/>
            <w:r>
              <w:t xml:space="preserve"> </w:t>
            </w:r>
            <w:proofErr w:type="spellStart"/>
            <w:r>
              <w:t>határozat</w:t>
            </w:r>
            <w:proofErr w:type="spellEnd"/>
            <w:r>
              <w:t xml:space="preserve"> </w:t>
            </w:r>
            <w:proofErr w:type="spellStart"/>
            <w:r>
              <w:t>kézbesítését</w:t>
            </w:r>
            <w:proofErr w:type="spellEnd"/>
            <w:r>
              <w:t xml:space="preserve"> </w:t>
            </w:r>
            <w:proofErr w:type="spellStart"/>
            <w:r>
              <w:t>követően</w:t>
            </w:r>
            <w:proofErr w:type="spellEnd"/>
            <w:r>
              <w:t xml:space="preserve"> </w:t>
            </w:r>
            <w:proofErr w:type="spellStart"/>
            <w:r>
              <w:t>jelen</w:t>
            </w:r>
            <w:proofErr w:type="spellEnd"/>
            <w:r>
              <w:t xml:space="preserve"> </w:t>
            </w:r>
            <w:proofErr w:type="spellStart"/>
            <w:r>
              <w:t>szerződést</w:t>
            </w:r>
            <w:proofErr w:type="spellEnd"/>
            <w:r>
              <w:t xml:space="preserve"> </w:t>
            </w:r>
            <w:proofErr w:type="spellStart"/>
            <w:r>
              <w:t>az</w:t>
            </w:r>
            <w:proofErr w:type="spellEnd"/>
            <w:r>
              <w:t xml:space="preserve"> </w:t>
            </w:r>
            <w:proofErr w:type="spellStart"/>
            <w:r>
              <w:t>eljáró</w:t>
            </w:r>
            <w:proofErr w:type="spellEnd"/>
            <w:r>
              <w:t xml:space="preserve"> </w:t>
            </w:r>
            <w:proofErr w:type="spellStart"/>
            <w:r>
              <w:t>hatóságnak</w:t>
            </w:r>
            <w:proofErr w:type="spellEnd"/>
            <w:r>
              <w:t xml:space="preserve"> </w:t>
            </w:r>
            <w:proofErr w:type="spellStart"/>
            <w:r>
              <w:t>megküldje</w:t>
            </w:r>
            <w:proofErr w:type="spellEnd"/>
            <w:r>
              <w:t xml:space="preserve"> </w:t>
            </w:r>
            <w:proofErr w:type="spellStart"/>
            <w:r>
              <w:t>és</w:t>
            </w:r>
            <w:proofErr w:type="spellEnd"/>
            <w:r>
              <w:t xml:space="preserve"> </w:t>
            </w:r>
            <w:proofErr w:type="spellStart"/>
            <w:r>
              <w:t>adatait</w:t>
            </w:r>
            <w:proofErr w:type="spellEnd"/>
            <w:r>
              <w:t xml:space="preserve"> </w:t>
            </w:r>
            <w:proofErr w:type="spellStart"/>
            <w:r>
              <w:t>ebből</w:t>
            </w:r>
            <w:proofErr w:type="spellEnd"/>
            <w:r>
              <w:t xml:space="preserve"> a </w:t>
            </w:r>
            <w:proofErr w:type="spellStart"/>
            <w:r>
              <w:t>célból</w:t>
            </w:r>
            <w:proofErr w:type="spellEnd"/>
            <w:r>
              <w:t xml:space="preserve"> </w:t>
            </w:r>
            <w:proofErr w:type="spellStart"/>
            <w:r>
              <w:t>kezelje</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3560FD9" w14:textId="77777777" w:rsidR="00BA1BB4" w:rsidRDefault="00000000">
            <w:pPr>
              <w:spacing w:after="0" w:line="240" w:lineRule="auto"/>
            </w:pPr>
            <w:r>
              <w:t>5.7</w:t>
            </w:r>
            <w:r>
              <w:tab/>
              <w:t>By signing this contract, the Lessee consents to the operator, following service of the decision containing the administrative fine imposed for violation of Section 21 (1) of the Act on Road Traffic, sending this contract to the acting authority and processing the Lessee's data for this purpose.</w:t>
            </w:r>
          </w:p>
        </w:tc>
      </w:tr>
      <w:tr w:rsidR="00BA1BB4" w14:paraId="0BC19C59"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97DA73F" w14:textId="77777777" w:rsidR="00BA1BB4" w:rsidRDefault="00000000">
            <w:pPr>
              <w:spacing w:after="0" w:line="240" w:lineRule="auto"/>
            </w:pPr>
            <w:r>
              <w:t>5.8</w:t>
            </w:r>
            <w:r>
              <w:tab/>
            </w:r>
            <w:proofErr w:type="spellStart"/>
            <w:r>
              <w:t>Bérlő</w:t>
            </w:r>
            <w:proofErr w:type="spellEnd"/>
            <w:r>
              <w:t xml:space="preserve"> </w:t>
            </w:r>
            <w:proofErr w:type="spellStart"/>
            <w:r>
              <w:t>kijelenti</w:t>
            </w:r>
            <w:proofErr w:type="spellEnd"/>
            <w:r>
              <w:t xml:space="preserve">, </w:t>
            </w:r>
            <w:proofErr w:type="spellStart"/>
            <w:r>
              <w:t>hogy</w:t>
            </w:r>
            <w:proofErr w:type="spellEnd"/>
            <w:r>
              <w:t xml:space="preserve"> </w:t>
            </w:r>
            <w:proofErr w:type="spellStart"/>
            <w:r>
              <w:t>amennyiben</w:t>
            </w:r>
            <w:proofErr w:type="spellEnd"/>
            <w:r>
              <w:t xml:space="preserve"> </w:t>
            </w:r>
            <w:proofErr w:type="spellStart"/>
            <w:r>
              <w:t>bármely</w:t>
            </w:r>
            <w:proofErr w:type="spellEnd"/>
            <w:r>
              <w:t xml:space="preserve"> </w:t>
            </w:r>
            <w:proofErr w:type="spellStart"/>
            <w:r>
              <w:t>oknál</w:t>
            </w:r>
            <w:proofErr w:type="spellEnd"/>
            <w:r>
              <w:t xml:space="preserve"> </w:t>
            </w:r>
            <w:proofErr w:type="spellStart"/>
            <w:r>
              <w:t>fogva</w:t>
            </w:r>
            <w:proofErr w:type="spellEnd"/>
            <w:r>
              <w:t xml:space="preserve"> a </w:t>
            </w:r>
            <w:proofErr w:type="spellStart"/>
            <w:r>
              <w:t>gépjárművet</w:t>
            </w:r>
            <w:proofErr w:type="spellEnd"/>
            <w:r>
              <w:t xml:space="preserve"> a </w:t>
            </w:r>
            <w:proofErr w:type="spellStart"/>
            <w:r>
              <w:t>határozott</w:t>
            </w:r>
            <w:proofErr w:type="spellEnd"/>
            <w:r>
              <w:t xml:space="preserve"> </w:t>
            </w:r>
            <w:proofErr w:type="spellStart"/>
            <w:r>
              <w:t>időtartam</w:t>
            </w:r>
            <w:proofErr w:type="spellEnd"/>
            <w:r>
              <w:t xml:space="preserve"> </w:t>
            </w:r>
            <w:proofErr w:type="spellStart"/>
            <w:r>
              <w:t>lejártáig</w:t>
            </w:r>
            <w:proofErr w:type="spellEnd"/>
            <w:r>
              <w:t xml:space="preserve"> nem </w:t>
            </w:r>
            <w:proofErr w:type="spellStart"/>
            <w:r>
              <w:t>szolgáltatja</w:t>
            </w:r>
            <w:proofErr w:type="spellEnd"/>
            <w:r>
              <w:t xml:space="preserve"> </w:t>
            </w:r>
            <w:proofErr w:type="spellStart"/>
            <w:r>
              <w:t>vissza</w:t>
            </w:r>
            <w:proofErr w:type="spellEnd"/>
            <w:r>
              <w:t xml:space="preserve">, </w:t>
            </w:r>
            <w:proofErr w:type="spellStart"/>
            <w:r>
              <w:t>úgy</w:t>
            </w:r>
            <w:proofErr w:type="spellEnd"/>
            <w:r>
              <w:t xml:space="preserve"> </w:t>
            </w:r>
            <w:proofErr w:type="spellStart"/>
            <w:r>
              <w:t>jelen</w:t>
            </w:r>
            <w:proofErr w:type="spellEnd"/>
            <w:r>
              <w:t xml:space="preserve"> </w:t>
            </w:r>
            <w:proofErr w:type="spellStart"/>
            <w:r>
              <w:t>hozzájárulás</w:t>
            </w:r>
            <w:proofErr w:type="spellEnd"/>
            <w:r>
              <w:t xml:space="preserve">, </w:t>
            </w:r>
            <w:proofErr w:type="spellStart"/>
            <w:r>
              <w:t>illetve</w:t>
            </w:r>
            <w:proofErr w:type="spellEnd"/>
            <w:r>
              <w:t xml:space="preserve"> </w:t>
            </w:r>
            <w:proofErr w:type="spellStart"/>
            <w:r>
              <w:t>objektív</w:t>
            </w:r>
            <w:proofErr w:type="spellEnd"/>
            <w:r>
              <w:t xml:space="preserve"> </w:t>
            </w:r>
            <w:proofErr w:type="spellStart"/>
            <w:r>
              <w:t>felelősségvállalás</w:t>
            </w:r>
            <w:proofErr w:type="spellEnd"/>
            <w:r>
              <w:t xml:space="preserve"> a </w:t>
            </w:r>
            <w:proofErr w:type="spellStart"/>
            <w:r>
              <w:t>gépjármű</w:t>
            </w:r>
            <w:proofErr w:type="spellEnd"/>
            <w:r>
              <w:t xml:space="preserve"> </w:t>
            </w:r>
            <w:proofErr w:type="spellStart"/>
            <w:r>
              <w:t>visszaszolgáltatásának</w:t>
            </w:r>
            <w:proofErr w:type="spellEnd"/>
            <w:r>
              <w:t xml:space="preserve"> </w:t>
            </w:r>
            <w:proofErr w:type="spellStart"/>
            <w:r>
              <w:t>időpontjáig</w:t>
            </w:r>
            <w:proofErr w:type="spellEnd"/>
            <w:r>
              <w:t xml:space="preserve"> </w:t>
            </w:r>
            <w:proofErr w:type="spellStart"/>
            <w:r>
              <w:t>terjed</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485CACB" w14:textId="77777777" w:rsidR="00BA1BB4" w:rsidRDefault="00000000">
            <w:pPr>
              <w:spacing w:after="0" w:line="240" w:lineRule="auto"/>
            </w:pPr>
            <w:r>
              <w:t>5.8</w:t>
            </w:r>
            <w:r>
              <w:tab/>
              <w:t>The Lessee declares that if for any reason the vehicle is not returned by the expiry of the fixed term, then this consent and objective assumption of liability shall extend until the time of return of the vehicle.</w:t>
            </w:r>
          </w:p>
        </w:tc>
      </w:tr>
      <w:tr w:rsidR="00BA1BB4" w14:paraId="15CDB31E"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D97CA91" w14:textId="77777777" w:rsidR="00BA1BB4" w:rsidRDefault="00000000">
            <w:pPr>
              <w:spacing w:after="0" w:line="240" w:lineRule="auto"/>
            </w:pPr>
            <w:r>
              <w:lastRenderedPageBreak/>
              <w:t>5.9</w:t>
            </w:r>
            <w:r>
              <w:tab/>
            </w:r>
            <w:proofErr w:type="spellStart"/>
            <w:r>
              <w:t>Bérlő</w:t>
            </w:r>
            <w:proofErr w:type="spellEnd"/>
            <w:r>
              <w:t xml:space="preserve"> </w:t>
            </w:r>
            <w:proofErr w:type="spellStart"/>
            <w:r>
              <w:t>által</w:t>
            </w:r>
            <w:proofErr w:type="spellEnd"/>
            <w:r>
              <w:t xml:space="preserve"> </w:t>
            </w:r>
            <w:proofErr w:type="spellStart"/>
            <w:r>
              <w:t>okozott</w:t>
            </w:r>
            <w:proofErr w:type="spellEnd"/>
            <w:r>
              <w:t xml:space="preserve"> </w:t>
            </w:r>
            <w:proofErr w:type="spellStart"/>
            <w:r>
              <w:t>baleset</w:t>
            </w:r>
            <w:proofErr w:type="spellEnd"/>
            <w:r>
              <w:t xml:space="preserve"> </w:t>
            </w:r>
            <w:proofErr w:type="spellStart"/>
            <w:r>
              <w:t>következtében</w:t>
            </w:r>
            <w:proofErr w:type="spellEnd"/>
            <w:r>
              <w:t xml:space="preserve"> </w:t>
            </w:r>
            <w:proofErr w:type="spellStart"/>
            <w:r>
              <w:t>keletkezett</w:t>
            </w:r>
            <w:proofErr w:type="spellEnd"/>
            <w:r>
              <w:t xml:space="preserve"> </w:t>
            </w:r>
            <w:proofErr w:type="spellStart"/>
            <w:r>
              <w:t>károk</w:t>
            </w:r>
            <w:proofErr w:type="spellEnd"/>
            <w:r>
              <w:t xml:space="preserve"> Casco </w:t>
            </w:r>
            <w:proofErr w:type="spellStart"/>
            <w:r>
              <w:t>javításának</w:t>
            </w:r>
            <w:proofErr w:type="spellEnd"/>
            <w:r>
              <w:t xml:space="preserve"> </w:t>
            </w:r>
            <w:proofErr w:type="spellStart"/>
            <w:r>
              <w:t>önrésze</w:t>
            </w:r>
            <w:proofErr w:type="spellEnd"/>
            <w:r>
              <w:t xml:space="preserve"> </w:t>
            </w:r>
            <w:proofErr w:type="spellStart"/>
            <w:r>
              <w:t>Bérlőt</w:t>
            </w:r>
            <w:proofErr w:type="spellEnd"/>
            <w:r>
              <w:t xml:space="preserve"> </w:t>
            </w:r>
            <w:proofErr w:type="spellStart"/>
            <w:r>
              <w:t>terheli</w:t>
            </w:r>
            <w:proofErr w:type="spellEnd"/>
            <w:r>
              <w:t xml:space="preserve">, </w:t>
            </w:r>
            <w:proofErr w:type="spellStart"/>
            <w:r>
              <w:t>káreseményenként</w:t>
            </w:r>
            <w:proofErr w:type="spellEnd"/>
            <w:r>
              <w:t xml:space="preserve"> 20%, de min. 200 000 Ft, </w:t>
            </w:r>
            <w:proofErr w:type="spellStart"/>
            <w:r>
              <w:t>ahogy</w:t>
            </w:r>
            <w:proofErr w:type="spellEnd"/>
            <w:r>
              <w:t xml:space="preserve"> a Casco </w:t>
            </w:r>
            <w:proofErr w:type="spellStart"/>
            <w:r>
              <w:t>szerződés</w:t>
            </w:r>
            <w:proofErr w:type="spellEnd"/>
            <w:r>
              <w:t xml:space="preserve"> </w:t>
            </w:r>
            <w:proofErr w:type="spellStart"/>
            <w:r>
              <w:t>szól</w:t>
            </w:r>
            <w:proofErr w:type="spellEnd"/>
            <w:r>
              <w:t xml:space="preserve">. A </w:t>
            </w:r>
            <w:proofErr w:type="spellStart"/>
            <w:r>
              <w:t>rakományra</w:t>
            </w:r>
            <w:proofErr w:type="spellEnd"/>
            <w:r>
              <w:t xml:space="preserve"> nem </w:t>
            </w:r>
            <w:proofErr w:type="spellStart"/>
            <w:r>
              <w:t>vonatkozik</w:t>
            </w:r>
            <w:proofErr w:type="spellEnd"/>
            <w:r>
              <w:t xml:space="preserve"> a Casco </w:t>
            </w:r>
            <w:proofErr w:type="spellStart"/>
            <w:r>
              <w:t>biztosítás</w:t>
            </w:r>
            <w:proofErr w:type="spellEnd"/>
            <w:r>
              <w:t xml:space="preserve">! </w:t>
            </w:r>
            <w:proofErr w:type="spellStart"/>
            <w:r>
              <w:t>Önhibás</w:t>
            </w:r>
            <w:proofErr w:type="spellEnd"/>
            <w:r>
              <w:t xml:space="preserve"> </w:t>
            </w:r>
            <w:proofErr w:type="spellStart"/>
            <w:r>
              <w:t>baleset</w:t>
            </w:r>
            <w:proofErr w:type="spellEnd"/>
            <w:r>
              <w:t xml:space="preserve"> </w:t>
            </w:r>
            <w:proofErr w:type="spellStart"/>
            <w:r>
              <w:t>következtében</w:t>
            </w:r>
            <w:proofErr w:type="spellEnd"/>
            <w:r>
              <w:t xml:space="preserve"> </w:t>
            </w:r>
            <w:proofErr w:type="spellStart"/>
            <w:r>
              <w:t>keletkezett</w:t>
            </w:r>
            <w:proofErr w:type="spellEnd"/>
            <w:r>
              <w:t xml:space="preserve"> </w:t>
            </w:r>
            <w:proofErr w:type="spellStart"/>
            <w:r>
              <w:t>károk</w:t>
            </w:r>
            <w:proofErr w:type="spellEnd"/>
            <w:r>
              <w:t xml:space="preserve"> </w:t>
            </w:r>
            <w:proofErr w:type="spellStart"/>
            <w:r>
              <w:t>esetén</w:t>
            </w:r>
            <w:proofErr w:type="spellEnd"/>
            <w:r>
              <w:t xml:space="preserve"> a Casco </w:t>
            </w:r>
            <w:proofErr w:type="spellStart"/>
            <w:r>
              <w:t>önrészen</w:t>
            </w:r>
            <w:proofErr w:type="spellEnd"/>
            <w:r>
              <w:t xml:space="preserve"> </w:t>
            </w:r>
            <w:proofErr w:type="spellStart"/>
            <w:r>
              <w:t>túl</w:t>
            </w:r>
            <w:proofErr w:type="spellEnd"/>
            <w:r>
              <w:t xml:space="preserve"> </w:t>
            </w:r>
            <w:proofErr w:type="spellStart"/>
            <w:r>
              <w:t>Bérlőt</w:t>
            </w:r>
            <w:proofErr w:type="spellEnd"/>
            <w:r>
              <w:t xml:space="preserve"> </w:t>
            </w:r>
            <w:proofErr w:type="spellStart"/>
            <w:r>
              <w:t>terheli</w:t>
            </w:r>
            <w:proofErr w:type="spellEnd"/>
            <w:r>
              <w:t xml:space="preserve"> a </w:t>
            </w:r>
            <w:proofErr w:type="spellStart"/>
            <w:r>
              <w:t>javítási</w:t>
            </w:r>
            <w:proofErr w:type="spellEnd"/>
            <w:r>
              <w:t xml:space="preserve"> </w:t>
            </w:r>
            <w:proofErr w:type="spellStart"/>
            <w:r>
              <w:t>napokra</w:t>
            </w:r>
            <w:proofErr w:type="spellEnd"/>
            <w:r>
              <w:t xml:space="preserve"> </w:t>
            </w:r>
            <w:proofErr w:type="spellStart"/>
            <w:r>
              <w:t>eső</w:t>
            </w:r>
            <w:proofErr w:type="spellEnd"/>
            <w:r>
              <w:t xml:space="preserve"> </w:t>
            </w:r>
            <w:proofErr w:type="spellStart"/>
            <w:r>
              <w:t>bérleti</w:t>
            </w:r>
            <w:proofErr w:type="spellEnd"/>
            <w:r>
              <w:t xml:space="preserve"> </w:t>
            </w:r>
            <w:proofErr w:type="spellStart"/>
            <w:r>
              <w:t>díj</w:t>
            </w:r>
            <w:proofErr w:type="spellEnd"/>
            <w:r>
              <w:t xml:space="preserve"> 50%-</w:t>
            </w:r>
            <w:proofErr w:type="spellStart"/>
            <w:r>
              <w:t>os</w:t>
            </w:r>
            <w:proofErr w:type="spellEnd"/>
            <w:r>
              <w:t xml:space="preserve"> </w:t>
            </w:r>
            <w:proofErr w:type="spellStart"/>
            <w:r>
              <w:t>díjkedvezménnyel</w:t>
            </w:r>
            <w:proofErr w:type="spellEnd"/>
            <w:r>
              <w:t xml:space="preserve">. </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342D40C" w14:textId="77777777" w:rsidR="00BA1BB4" w:rsidRDefault="00000000">
            <w:pPr>
              <w:spacing w:after="0" w:line="240" w:lineRule="auto"/>
            </w:pPr>
            <w:r>
              <w:t>5.9</w:t>
            </w:r>
            <w:r>
              <w:tab/>
              <w:t>The deductible of the Casco repair for damages caused by an accident attributable to the Lessee shall be borne by the Lessee, per loss event in the amount of 20%, but at least HUF 200,000, as provided in the Casco contract. The Casco insurance does not cover the cargo. In the event of damages caused by an accident attributable to the Lessee, in addition to the Casco deductible, the Lessee shall bear the rental fee for the repair days with a 50% discount.</w:t>
            </w:r>
          </w:p>
        </w:tc>
      </w:tr>
      <w:tr w:rsidR="00BA1BB4" w14:paraId="24ABAEBA"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F5D48D0" w14:textId="77777777" w:rsidR="00BA1BB4" w:rsidRDefault="00000000">
            <w:pPr>
              <w:spacing w:after="0" w:line="240" w:lineRule="auto"/>
            </w:pPr>
            <w:r>
              <w:t>5.10</w:t>
            </w:r>
            <w:r>
              <w:tab/>
              <w:t xml:space="preserve">A </w:t>
            </w:r>
            <w:proofErr w:type="spellStart"/>
            <w:r>
              <w:t>Bérlő</w:t>
            </w:r>
            <w:proofErr w:type="spellEnd"/>
            <w:r>
              <w:t xml:space="preserve"> </w:t>
            </w:r>
            <w:proofErr w:type="spellStart"/>
            <w:r>
              <w:t>köteles</w:t>
            </w:r>
            <w:proofErr w:type="spellEnd"/>
            <w:r>
              <w:t xml:space="preserve"> a </w:t>
            </w:r>
            <w:proofErr w:type="spellStart"/>
            <w:r>
              <w:t>Gépkocsit</w:t>
            </w:r>
            <w:proofErr w:type="spellEnd"/>
            <w:r>
              <w:t xml:space="preserve"> </w:t>
            </w:r>
            <w:proofErr w:type="spellStart"/>
            <w:r>
              <w:t>és</w:t>
            </w:r>
            <w:proofErr w:type="spellEnd"/>
            <w:r>
              <w:t xml:space="preserve"> </w:t>
            </w:r>
            <w:proofErr w:type="spellStart"/>
            <w:r>
              <w:t>tartozékait</w:t>
            </w:r>
            <w:proofErr w:type="spellEnd"/>
            <w:r>
              <w:t xml:space="preserve"> a </w:t>
            </w:r>
            <w:proofErr w:type="spellStart"/>
            <w:r>
              <w:t>megjelölt</w:t>
            </w:r>
            <w:proofErr w:type="spellEnd"/>
            <w:r>
              <w:t xml:space="preserve"> </w:t>
            </w:r>
            <w:proofErr w:type="spellStart"/>
            <w:r>
              <w:t>helyen</w:t>
            </w:r>
            <w:proofErr w:type="spellEnd"/>
            <w:r>
              <w:t xml:space="preserve"> </w:t>
            </w:r>
            <w:proofErr w:type="spellStart"/>
            <w:r>
              <w:t>és</w:t>
            </w:r>
            <w:proofErr w:type="spellEnd"/>
            <w:r>
              <w:t xml:space="preserve"> </w:t>
            </w:r>
            <w:proofErr w:type="spellStart"/>
            <w:r>
              <w:t>időpontban</w:t>
            </w:r>
            <w:proofErr w:type="spellEnd"/>
            <w:r>
              <w:t xml:space="preserve"> – a </w:t>
            </w:r>
            <w:proofErr w:type="spellStart"/>
            <w:r>
              <w:t>normál</w:t>
            </w:r>
            <w:proofErr w:type="spellEnd"/>
            <w:r>
              <w:t xml:space="preserve"> </w:t>
            </w:r>
            <w:proofErr w:type="spellStart"/>
            <w:r>
              <w:t>amortizációt</w:t>
            </w:r>
            <w:proofErr w:type="spellEnd"/>
            <w:r>
              <w:t xml:space="preserve"> </w:t>
            </w:r>
            <w:proofErr w:type="spellStart"/>
            <w:r>
              <w:t>figyelembe</w:t>
            </w:r>
            <w:proofErr w:type="spellEnd"/>
            <w:r>
              <w:t xml:space="preserve"> </w:t>
            </w:r>
            <w:proofErr w:type="spellStart"/>
            <w:r>
              <w:t>véve</w:t>
            </w:r>
            <w:proofErr w:type="spellEnd"/>
            <w:r>
              <w:t xml:space="preserve"> – </w:t>
            </w:r>
            <w:proofErr w:type="spellStart"/>
            <w:r>
              <w:t>az</w:t>
            </w:r>
            <w:proofErr w:type="spellEnd"/>
            <w:r>
              <w:t xml:space="preserve"> </w:t>
            </w:r>
            <w:proofErr w:type="spellStart"/>
            <w:r>
              <w:t>átvételkorival</w:t>
            </w:r>
            <w:proofErr w:type="spellEnd"/>
            <w:r>
              <w:t xml:space="preserve"> </w:t>
            </w:r>
            <w:proofErr w:type="spellStart"/>
            <w:r>
              <w:t>megegyező</w:t>
            </w:r>
            <w:proofErr w:type="spellEnd"/>
            <w:r>
              <w:t xml:space="preserve"> </w:t>
            </w:r>
            <w:proofErr w:type="spellStart"/>
            <w:r>
              <w:t>állapotban</w:t>
            </w:r>
            <w:proofErr w:type="spellEnd"/>
            <w:r>
              <w:t xml:space="preserve"> </w:t>
            </w:r>
            <w:proofErr w:type="spellStart"/>
            <w:r>
              <w:t>visszaadni</w:t>
            </w:r>
            <w:proofErr w:type="spellEnd"/>
            <w:r>
              <w:t xml:space="preserve">. </w:t>
            </w:r>
            <w:proofErr w:type="spellStart"/>
            <w:r>
              <w:t>Amennyiben</w:t>
            </w:r>
            <w:proofErr w:type="spellEnd"/>
            <w:r>
              <w:t xml:space="preserve"> a </w:t>
            </w:r>
            <w:proofErr w:type="spellStart"/>
            <w:r>
              <w:t>Bérlő</w:t>
            </w:r>
            <w:proofErr w:type="spellEnd"/>
            <w:r>
              <w:t xml:space="preserve"> a </w:t>
            </w:r>
            <w:proofErr w:type="spellStart"/>
            <w:r>
              <w:t>Gépkocsit</w:t>
            </w:r>
            <w:proofErr w:type="spellEnd"/>
            <w:r>
              <w:t xml:space="preserve"> </w:t>
            </w:r>
            <w:proofErr w:type="spellStart"/>
            <w:r>
              <w:t>rendeltetésellenesen</w:t>
            </w:r>
            <w:proofErr w:type="spellEnd"/>
            <w:r>
              <w:t xml:space="preserve"> </w:t>
            </w:r>
            <w:proofErr w:type="spellStart"/>
            <w:r>
              <w:t>használta</w:t>
            </w:r>
            <w:proofErr w:type="spellEnd"/>
            <w:r>
              <w:t xml:space="preserve">, </w:t>
            </w:r>
            <w:proofErr w:type="spellStart"/>
            <w:r>
              <w:t>az</w:t>
            </w:r>
            <w:proofErr w:type="spellEnd"/>
            <w:r>
              <w:t xml:space="preserve"> </w:t>
            </w:r>
            <w:proofErr w:type="spellStart"/>
            <w:r>
              <w:t>különösen</w:t>
            </w:r>
            <w:proofErr w:type="spellEnd"/>
            <w:r>
              <w:t xml:space="preserve"> </w:t>
            </w:r>
            <w:proofErr w:type="spellStart"/>
            <w:r>
              <w:t>szennyezett</w:t>
            </w:r>
            <w:proofErr w:type="spellEnd"/>
            <w:r>
              <w:t xml:space="preserve">, </w:t>
            </w:r>
            <w:proofErr w:type="spellStart"/>
            <w:r>
              <w:t>rongálódott</w:t>
            </w:r>
            <w:proofErr w:type="spellEnd"/>
            <w:r>
              <w:t xml:space="preserve">, </w:t>
            </w:r>
            <w:proofErr w:type="spellStart"/>
            <w:r>
              <w:t>az</w:t>
            </w:r>
            <w:proofErr w:type="spellEnd"/>
            <w:r>
              <w:t xml:space="preserve"> </w:t>
            </w:r>
            <w:proofErr w:type="spellStart"/>
            <w:r>
              <w:t>ebből</w:t>
            </w:r>
            <w:proofErr w:type="spellEnd"/>
            <w:r>
              <w:t xml:space="preserve"> </w:t>
            </w:r>
            <w:proofErr w:type="spellStart"/>
            <w:r>
              <w:t>származó</w:t>
            </w:r>
            <w:proofErr w:type="spellEnd"/>
            <w:r>
              <w:t xml:space="preserve"> </w:t>
            </w:r>
            <w:proofErr w:type="spellStart"/>
            <w:r>
              <w:t>kárt</w:t>
            </w:r>
            <w:proofErr w:type="spellEnd"/>
            <w:r>
              <w:t xml:space="preserve"> </w:t>
            </w:r>
            <w:proofErr w:type="spellStart"/>
            <w:r>
              <w:t>és</w:t>
            </w:r>
            <w:proofErr w:type="spellEnd"/>
            <w:r>
              <w:t xml:space="preserve"> </w:t>
            </w:r>
            <w:proofErr w:type="spellStart"/>
            <w:r>
              <w:t>költségeket</w:t>
            </w:r>
            <w:proofErr w:type="spellEnd"/>
            <w:r>
              <w:t xml:space="preserve"> a </w:t>
            </w:r>
            <w:proofErr w:type="spellStart"/>
            <w:r>
              <w:t>Bérlő</w:t>
            </w:r>
            <w:proofErr w:type="spellEnd"/>
            <w:r>
              <w:t xml:space="preserve"> </w:t>
            </w:r>
            <w:proofErr w:type="spellStart"/>
            <w:r>
              <w:t>teljeskörűen</w:t>
            </w:r>
            <w:proofErr w:type="spellEnd"/>
            <w:r>
              <w:t xml:space="preserve"> </w:t>
            </w:r>
            <w:proofErr w:type="spellStart"/>
            <w:r>
              <w:t>tartozik</w:t>
            </w:r>
            <w:proofErr w:type="spellEnd"/>
            <w:r>
              <w:t xml:space="preserve"> </w:t>
            </w:r>
            <w:proofErr w:type="spellStart"/>
            <w:r>
              <w:t>megtéríteni</w:t>
            </w:r>
            <w:proofErr w:type="spellEnd"/>
            <w:r>
              <w:t xml:space="preserve">. A </w:t>
            </w:r>
            <w:proofErr w:type="spellStart"/>
            <w:r>
              <w:t>jelen</w:t>
            </w:r>
            <w:proofErr w:type="spellEnd"/>
            <w:r>
              <w:t xml:space="preserve"> </w:t>
            </w:r>
            <w:proofErr w:type="spellStart"/>
            <w:r>
              <w:t>Szerződés</w:t>
            </w:r>
            <w:proofErr w:type="spellEnd"/>
            <w:r>
              <w:t xml:space="preserve"> </w:t>
            </w:r>
            <w:proofErr w:type="spellStart"/>
            <w:r>
              <w:t>Bérlő</w:t>
            </w:r>
            <w:proofErr w:type="spellEnd"/>
            <w:r>
              <w:t xml:space="preserve"> </w:t>
            </w:r>
            <w:proofErr w:type="spellStart"/>
            <w:r>
              <w:t>általi</w:t>
            </w:r>
            <w:proofErr w:type="spellEnd"/>
            <w:r>
              <w:t xml:space="preserve"> </w:t>
            </w:r>
            <w:proofErr w:type="spellStart"/>
            <w:r>
              <w:t>megszegése</w:t>
            </w:r>
            <w:proofErr w:type="spellEnd"/>
            <w:r>
              <w:t xml:space="preserve"> </w:t>
            </w:r>
            <w:proofErr w:type="spellStart"/>
            <w:r>
              <w:t>esetén</w:t>
            </w:r>
            <w:proofErr w:type="spellEnd"/>
            <w:r>
              <w:t xml:space="preserve"> </w:t>
            </w:r>
            <w:proofErr w:type="spellStart"/>
            <w:r>
              <w:t>vagy</w:t>
            </w:r>
            <w:proofErr w:type="spellEnd"/>
            <w:r>
              <w:t xml:space="preserve"> </w:t>
            </w:r>
            <w:proofErr w:type="spellStart"/>
            <w:r>
              <w:t>amennyiben</w:t>
            </w:r>
            <w:proofErr w:type="spellEnd"/>
            <w:r>
              <w:t xml:space="preserve"> a </w:t>
            </w:r>
            <w:proofErr w:type="spellStart"/>
            <w:r>
              <w:t>bérlet</w:t>
            </w:r>
            <w:proofErr w:type="spellEnd"/>
            <w:r>
              <w:t xml:space="preserve"> </w:t>
            </w:r>
            <w:proofErr w:type="spellStart"/>
            <w:r>
              <w:t>letelte</w:t>
            </w:r>
            <w:proofErr w:type="spellEnd"/>
            <w:r>
              <w:t xml:space="preserve"> </w:t>
            </w:r>
            <w:proofErr w:type="spellStart"/>
            <w:r>
              <w:t>után</w:t>
            </w:r>
            <w:proofErr w:type="spellEnd"/>
            <w:r>
              <w:t xml:space="preserve"> a </w:t>
            </w:r>
            <w:proofErr w:type="spellStart"/>
            <w:r>
              <w:t>bérlő</w:t>
            </w:r>
            <w:proofErr w:type="spellEnd"/>
            <w:r>
              <w:t xml:space="preserve"> a </w:t>
            </w:r>
            <w:proofErr w:type="spellStart"/>
            <w:r>
              <w:t>gépkocsit</w:t>
            </w:r>
            <w:proofErr w:type="spellEnd"/>
            <w:r>
              <w:t xml:space="preserve"> </w:t>
            </w:r>
            <w:proofErr w:type="spellStart"/>
            <w:r>
              <w:t>kellő</w:t>
            </w:r>
            <w:proofErr w:type="spellEnd"/>
            <w:r>
              <w:t xml:space="preserve"> </w:t>
            </w:r>
            <w:proofErr w:type="spellStart"/>
            <w:r>
              <w:t>indok</w:t>
            </w:r>
            <w:proofErr w:type="spellEnd"/>
            <w:r>
              <w:t xml:space="preserve"> </w:t>
            </w:r>
            <w:proofErr w:type="spellStart"/>
            <w:r>
              <w:t>nélkül</w:t>
            </w:r>
            <w:proofErr w:type="spellEnd"/>
            <w:r>
              <w:t xml:space="preserve"> nem </w:t>
            </w:r>
            <w:proofErr w:type="spellStart"/>
            <w:r>
              <w:t>szolgáltatja</w:t>
            </w:r>
            <w:proofErr w:type="spellEnd"/>
            <w:r>
              <w:t xml:space="preserve"> </w:t>
            </w:r>
            <w:proofErr w:type="spellStart"/>
            <w:r>
              <w:t>vissza</w:t>
            </w:r>
            <w:proofErr w:type="spellEnd"/>
            <w:r>
              <w:t xml:space="preserve">, </w:t>
            </w:r>
            <w:proofErr w:type="spellStart"/>
            <w:r>
              <w:t>bérbeadó</w:t>
            </w:r>
            <w:proofErr w:type="spellEnd"/>
            <w:r>
              <w:t xml:space="preserve"> </w:t>
            </w:r>
            <w:proofErr w:type="spellStart"/>
            <w:r>
              <w:t>jogosult</w:t>
            </w:r>
            <w:proofErr w:type="spellEnd"/>
            <w:r>
              <w:t xml:space="preserve"> a </w:t>
            </w:r>
            <w:proofErr w:type="spellStart"/>
            <w:r>
              <w:t>szerződést</w:t>
            </w:r>
            <w:proofErr w:type="spellEnd"/>
            <w:r>
              <w:t xml:space="preserve"> </w:t>
            </w:r>
            <w:proofErr w:type="spellStart"/>
            <w:r>
              <w:t>azonnali</w:t>
            </w:r>
            <w:proofErr w:type="spellEnd"/>
            <w:r>
              <w:t xml:space="preserve"> </w:t>
            </w:r>
            <w:proofErr w:type="spellStart"/>
            <w:r>
              <w:t>hatállyal</w:t>
            </w:r>
            <w:proofErr w:type="spellEnd"/>
            <w:r>
              <w:t xml:space="preserve"> </w:t>
            </w:r>
            <w:proofErr w:type="spellStart"/>
            <w:r>
              <w:t>felmondani</w:t>
            </w:r>
            <w:proofErr w:type="spellEnd"/>
            <w:r>
              <w:t xml:space="preserve">, </w:t>
            </w:r>
            <w:proofErr w:type="spellStart"/>
            <w:r>
              <w:t>illetve</w:t>
            </w:r>
            <w:proofErr w:type="spellEnd"/>
            <w:r>
              <w:t xml:space="preserve"> a </w:t>
            </w:r>
            <w:proofErr w:type="spellStart"/>
            <w:r>
              <w:t>gépkocsit</w:t>
            </w:r>
            <w:proofErr w:type="spellEnd"/>
            <w:r>
              <w:t xml:space="preserve"> </w:t>
            </w:r>
            <w:proofErr w:type="spellStart"/>
            <w:r>
              <w:t>visszavenni</w:t>
            </w:r>
            <w:proofErr w:type="spellEnd"/>
            <w:r>
              <w:t xml:space="preserve">, a </w:t>
            </w:r>
            <w:proofErr w:type="spellStart"/>
            <w:r>
              <w:t>Bérlő</w:t>
            </w:r>
            <w:proofErr w:type="spellEnd"/>
            <w:r>
              <w:t xml:space="preserve"> </w:t>
            </w:r>
            <w:proofErr w:type="spellStart"/>
            <w:r>
              <w:t>költségére</w:t>
            </w:r>
            <w:proofErr w:type="spellEnd"/>
            <w:r>
              <w:t xml:space="preserve"> </w:t>
            </w:r>
            <w:proofErr w:type="spellStart"/>
            <w:r>
              <w:t>elszállíttatni</w:t>
            </w:r>
            <w:proofErr w:type="spellEnd"/>
            <w:r>
              <w:t xml:space="preserve">. </w:t>
            </w:r>
            <w:proofErr w:type="spellStart"/>
            <w:r>
              <w:t>Ugyanígy</w:t>
            </w:r>
            <w:proofErr w:type="spellEnd"/>
            <w:r>
              <w:t xml:space="preserve"> </w:t>
            </w:r>
            <w:proofErr w:type="spellStart"/>
            <w:r>
              <w:t>jogosult</w:t>
            </w:r>
            <w:proofErr w:type="spellEnd"/>
            <w:r>
              <w:t xml:space="preserve"> </w:t>
            </w:r>
            <w:proofErr w:type="spellStart"/>
            <w:r>
              <w:t>Bérbeadó</w:t>
            </w:r>
            <w:proofErr w:type="spellEnd"/>
            <w:r>
              <w:t xml:space="preserve"> a </w:t>
            </w:r>
            <w:proofErr w:type="spellStart"/>
            <w:r>
              <w:t>szerződést</w:t>
            </w:r>
            <w:proofErr w:type="spellEnd"/>
            <w:r>
              <w:t xml:space="preserve"> </w:t>
            </w:r>
            <w:proofErr w:type="spellStart"/>
            <w:r>
              <w:t>felmondani</w:t>
            </w:r>
            <w:proofErr w:type="spellEnd"/>
            <w:r>
              <w:t xml:space="preserve"> </w:t>
            </w:r>
            <w:proofErr w:type="spellStart"/>
            <w:r>
              <w:t>és</w:t>
            </w:r>
            <w:proofErr w:type="spellEnd"/>
            <w:r>
              <w:t xml:space="preserve"> a </w:t>
            </w:r>
            <w:proofErr w:type="spellStart"/>
            <w:r>
              <w:t>gépkocsit</w:t>
            </w:r>
            <w:proofErr w:type="spellEnd"/>
            <w:r>
              <w:t xml:space="preserve"> </w:t>
            </w:r>
            <w:proofErr w:type="spellStart"/>
            <w:r>
              <w:t>Bérlőtől</w:t>
            </w:r>
            <w:proofErr w:type="spellEnd"/>
            <w:r>
              <w:t xml:space="preserve"> </w:t>
            </w:r>
            <w:proofErr w:type="spellStart"/>
            <w:r>
              <w:t>visszavenni</w:t>
            </w:r>
            <w:proofErr w:type="spellEnd"/>
            <w:r>
              <w:t xml:space="preserve">, ha </w:t>
            </w:r>
            <w:proofErr w:type="spellStart"/>
            <w:r>
              <w:t>bérlő</w:t>
            </w:r>
            <w:proofErr w:type="spellEnd"/>
            <w:r>
              <w:t xml:space="preserve"> a </w:t>
            </w:r>
            <w:proofErr w:type="spellStart"/>
            <w:r>
              <w:t>fennálló</w:t>
            </w:r>
            <w:proofErr w:type="spellEnd"/>
            <w:r>
              <w:t xml:space="preserve"> </w:t>
            </w:r>
            <w:proofErr w:type="spellStart"/>
            <w:r>
              <w:t>tartozását</w:t>
            </w:r>
            <w:proofErr w:type="spellEnd"/>
            <w:r>
              <w:t xml:space="preserve"> a </w:t>
            </w:r>
            <w:proofErr w:type="spellStart"/>
            <w:r>
              <w:t>bérbeadó</w:t>
            </w:r>
            <w:proofErr w:type="spellEnd"/>
            <w:r>
              <w:t xml:space="preserve"> </w:t>
            </w:r>
            <w:proofErr w:type="spellStart"/>
            <w:r>
              <w:t>felszólítása</w:t>
            </w:r>
            <w:proofErr w:type="spellEnd"/>
            <w:r>
              <w:t xml:space="preserve"> </w:t>
            </w:r>
            <w:proofErr w:type="spellStart"/>
            <w:r>
              <w:t>ellenére</w:t>
            </w:r>
            <w:proofErr w:type="spellEnd"/>
            <w:r>
              <w:t xml:space="preserve"> </w:t>
            </w:r>
            <w:proofErr w:type="spellStart"/>
            <w:r>
              <w:t>sem</w:t>
            </w:r>
            <w:proofErr w:type="spellEnd"/>
            <w:r>
              <w:t xml:space="preserve"> </w:t>
            </w:r>
            <w:proofErr w:type="spellStart"/>
            <w:r>
              <w:t>rendezi</w:t>
            </w:r>
            <w:proofErr w:type="spellEnd"/>
            <w:r>
              <w:t xml:space="preserve">. </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8BF0EE9" w14:textId="77777777" w:rsidR="00BA1BB4" w:rsidRDefault="00000000">
            <w:pPr>
              <w:spacing w:after="0" w:line="240" w:lineRule="auto"/>
            </w:pPr>
            <w:r>
              <w:t>5.10</w:t>
            </w:r>
            <w:r>
              <w:tab/>
              <w:t xml:space="preserve">The Lessee shall be obliged to return the Car and its accessories at the designated place and time, taking normal wear and tear into account, in the same condition as at the time of takeover. If the Lessee has used the Car contrary to its intended purpose, </w:t>
            </w:r>
            <w:proofErr w:type="gramStart"/>
            <w:r>
              <w:t>in particular if</w:t>
            </w:r>
            <w:proofErr w:type="gramEnd"/>
            <w:r>
              <w:t xml:space="preserve"> it is dirty or damaged, the Lessee shall be obliged to fully compensate all resulting damages and costs. In the event of breach of this Contract by the Lessee, or if after the end of the rental the Lessee does not return the car without proper reason, the Lessor shall be entitled to terminate the contract with immediate effect and to take back the car and have it transported away at the Lessee's expense. Likewise, the Lessor shall be entitled to terminate the contract and take back the car from the Lessee if the Lessee fails to settle the outstanding debt despite the Lessor's notice.</w:t>
            </w:r>
          </w:p>
        </w:tc>
      </w:tr>
      <w:tr w:rsidR="00BA1BB4" w14:paraId="6D35C426"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41E4270" w14:textId="41663D7C" w:rsidR="00BA1BB4" w:rsidRDefault="00000000">
            <w:pPr>
              <w:spacing w:after="0" w:line="240" w:lineRule="auto"/>
            </w:pPr>
            <w:r>
              <w:t>5.1</w:t>
            </w:r>
            <w:r w:rsidR="0078256E">
              <w:t>1</w:t>
            </w:r>
            <w:r>
              <w:tab/>
            </w:r>
            <w:proofErr w:type="spellStart"/>
            <w:r>
              <w:t>Bérlő</w:t>
            </w:r>
            <w:proofErr w:type="spellEnd"/>
            <w:r>
              <w:t xml:space="preserve"> </w:t>
            </w:r>
            <w:proofErr w:type="spellStart"/>
            <w:r>
              <w:t>jelen</w:t>
            </w:r>
            <w:proofErr w:type="spellEnd"/>
            <w:r>
              <w:t xml:space="preserve"> </w:t>
            </w:r>
            <w:proofErr w:type="spellStart"/>
            <w:r>
              <w:t>Szerződés</w:t>
            </w:r>
            <w:proofErr w:type="spellEnd"/>
            <w:r>
              <w:t xml:space="preserve"> </w:t>
            </w:r>
            <w:proofErr w:type="spellStart"/>
            <w:r>
              <w:t>aláírásával</w:t>
            </w:r>
            <w:proofErr w:type="spellEnd"/>
            <w:r>
              <w:t xml:space="preserve"> </w:t>
            </w:r>
            <w:proofErr w:type="spellStart"/>
            <w:r>
              <w:t>kifejezetten</w:t>
            </w:r>
            <w:proofErr w:type="spellEnd"/>
            <w:r>
              <w:t xml:space="preserve"> </w:t>
            </w:r>
            <w:proofErr w:type="spellStart"/>
            <w:r>
              <w:t>vállalja</w:t>
            </w:r>
            <w:proofErr w:type="spellEnd"/>
            <w:r>
              <w:t xml:space="preserve">, </w:t>
            </w:r>
            <w:proofErr w:type="spellStart"/>
            <w:r>
              <w:t>hogy</w:t>
            </w:r>
            <w:proofErr w:type="spellEnd"/>
            <w:r>
              <w:t xml:space="preserve"> a </w:t>
            </w:r>
            <w:proofErr w:type="spellStart"/>
            <w:r>
              <w:t>Gépjárműben</w:t>
            </w:r>
            <w:proofErr w:type="spellEnd"/>
            <w:r>
              <w:t xml:space="preserve"> a </w:t>
            </w:r>
            <w:proofErr w:type="spellStart"/>
            <w:r>
              <w:t>Bérleti</w:t>
            </w:r>
            <w:proofErr w:type="spellEnd"/>
            <w:r>
              <w:t xml:space="preserve"> </w:t>
            </w:r>
            <w:proofErr w:type="spellStart"/>
            <w:r>
              <w:t>időtartam</w:t>
            </w:r>
            <w:proofErr w:type="spellEnd"/>
            <w:r>
              <w:t xml:space="preserve">, </w:t>
            </w:r>
            <w:proofErr w:type="spellStart"/>
            <w:r>
              <w:t>vagy</w:t>
            </w:r>
            <w:proofErr w:type="spellEnd"/>
            <w:r>
              <w:t xml:space="preserve"> </w:t>
            </w:r>
            <w:proofErr w:type="spellStart"/>
            <w:r>
              <w:t>amennyiben</w:t>
            </w:r>
            <w:proofErr w:type="spellEnd"/>
            <w:r>
              <w:t xml:space="preserve"> a </w:t>
            </w:r>
            <w:proofErr w:type="spellStart"/>
            <w:r>
              <w:t>Gépjárművet</w:t>
            </w:r>
            <w:proofErr w:type="spellEnd"/>
            <w:r>
              <w:t xml:space="preserve"> a </w:t>
            </w:r>
            <w:proofErr w:type="spellStart"/>
            <w:r>
              <w:t>Lejárat</w:t>
            </w:r>
            <w:proofErr w:type="spellEnd"/>
            <w:r>
              <w:t xml:space="preserve"> </w:t>
            </w:r>
            <w:proofErr w:type="spellStart"/>
            <w:r>
              <w:t>napját</w:t>
            </w:r>
            <w:proofErr w:type="spellEnd"/>
            <w:r>
              <w:t xml:space="preserve"> </w:t>
            </w:r>
            <w:proofErr w:type="spellStart"/>
            <w:r>
              <w:t>követően</w:t>
            </w:r>
            <w:proofErr w:type="spellEnd"/>
            <w:r>
              <w:t xml:space="preserve"> </w:t>
            </w:r>
            <w:proofErr w:type="spellStart"/>
            <w:r>
              <w:t>adja</w:t>
            </w:r>
            <w:proofErr w:type="spellEnd"/>
            <w:r>
              <w:t xml:space="preserve"> </w:t>
            </w:r>
            <w:proofErr w:type="spellStart"/>
            <w:r>
              <w:t>vissza</w:t>
            </w:r>
            <w:proofErr w:type="spellEnd"/>
            <w:r>
              <w:t xml:space="preserve"> a </w:t>
            </w:r>
            <w:proofErr w:type="spellStart"/>
            <w:r>
              <w:t>tényleges</w:t>
            </w:r>
            <w:proofErr w:type="spellEnd"/>
            <w:r>
              <w:t xml:space="preserve"> </w:t>
            </w:r>
            <w:proofErr w:type="spellStart"/>
            <w:r>
              <w:t>visszaadás</w:t>
            </w:r>
            <w:proofErr w:type="spellEnd"/>
            <w:r>
              <w:t xml:space="preserve"> </w:t>
            </w:r>
            <w:proofErr w:type="spellStart"/>
            <w:r>
              <w:t>napjáig</w:t>
            </w:r>
            <w:proofErr w:type="spellEnd"/>
            <w:r>
              <w:t xml:space="preserve"> </w:t>
            </w:r>
            <w:proofErr w:type="spellStart"/>
            <w:r>
              <w:t>terjedő</w:t>
            </w:r>
            <w:proofErr w:type="spellEnd"/>
            <w:r>
              <w:t xml:space="preserve"> </w:t>
            </w:r>
            <w:proofErr w:type="spellStart"/>
            <w:r>
              <w:t>időszakban</w:t>
            </w:r>
            <w:proofErr w:type="spellEnd"/>
            <w:r>
              <w:t xml:space="preserve"> </w:t>
            </w:r>
            <w:proofErr w:type="spellStart"/>
            <w:r>
              <w:t>keletkezett</w:t>
            </w:r>
            <w:proofErr w:type="spellEnd"/>
            <w:r>
              <w:t xml:space="preserve"> </w:t>
            </w:r>
            <w:proofErr w:type="spellStart"/>
            <w:r>
              <w:t>károkért</w:t>
            </w:r>
            <w:proofErr w:type="spellEnd"/>
            <w:r>
              <w:t xml:space="preserve"> a </w:t>
            </w:r>
            <w:proofErr w:type="spellStart"/>
            <w:r>
              <w:t>jelen</w:t>
            </w:r>
            <w:proofErr w:type="spellEnd"/>
            <w:r>
              <w:t xml:space="preserve"> </w:t>
            </w:r>
            <w:proofErr w:type="spellStart"/>
            <w:r>
              <w:t>Szerződés</w:t>
            </w:r>
            <w:proofErr w:type="spellEnd"/>
            <w:r>
              <w:t xml:space="preserve"> </w:t>
            </w:r>
            <w:proofErr w:type="spellStart"/>
            <w:r>
              <w:t>megszűnése</w:t>
            </w:r>
            <w:proofErr w:type="spellEnd"/>
            <w:r>
              <w:t xml:space="preserve"> </w:t>
            </w:r>
            <w:proofErr w:type="spellStart"/>
            <w:r>
              <w:t>után</w:t>
            </w:r>
            <w:proofErr w:type="spellEnd"/>
            <w:r>
              <w:t xml:space="preserve"> is </w:t>
            </w:r>
            <w:proofErr w:type="spellStart"/>
            <w:r>
              <w:t>korlátlan</w:t>
            </w:r>
            <w:proofErr w:type="spellEnd"/>
            <w:r>
              <w:t xml:space="preserve"> </w:t>
            </w:r>
            <w:proofErr w:type="spellStart"/>
            <w:r>
              <w:t>ideig</w:t>
            </w:r>
            <w:proofErr w:type="spellEnd"/>
            <w:r>
              <w:t xml:space="preserve"> </w:t>
            </w:r>
            <w:proofErr w:type="spellStart"/>
            <w:r>
              <w:t>helytállni</w:t>
            </w:r>
            <w:proofErr w:type="spellEnd"/>
            <w:r>
              <w:t xml:space="preserve"> </w:t>
            </w:r>
            <w:proofErr w:type="spellStart"/>
            <w:r>
              <w:t>köteles</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7E7A870" w14:textId="795BF8B1" w:rsidR="00BA1BB4" w:rsidRDefault="00000000">
            <w:pPr>
              <w:spacing w:after="0" w:line="240" w:lineRule="auto"/>
            </w:pPr>
            <w:r>
              <w:t>5.1</w:t>
            </w:r>
            <w:r w:rsidR="0078256E">
              <w:t>1</w:t>
            </w:r>
            <w:r>
              <w:tab/>
              <w:t>By signing this Contract, the Lessee expressly undertakes that for damages arising in the Vehicle during the Rental Period, or if the Vehicle is returned after the Expiry Date, during the period until the actual date of return, the Lessee shall remain liable without limitation in time even after the termination of this Contract.</w:t>
            </w:r>
          </w:p>
        </w:tc>
      </w:tr>
      <w:tr w:rsidR="00BA1BB4" w14:paraId="2EAB2D96"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2B2E27C" w14:textId="77777777" w:rsidR="00642F65" w:rsidRDefault="00000000">
            <w:pPr>
              <w:spacing w:before="120" w:after="60"/>
            </w:pPr>
            <w:r>
              <w:rPr>
                <w:b/>
                <w:sz w:val="21"/>
              </w:rPr>
              <w:t xml:space="preserve">6. </w:t>
            </w:r>
            <w:proofErr w:type="spellStart"/>
            <w:r>
              <w:rPr>
                <w:b/>
                <w:sz w:val="21"/>
              </w:rPr>
              <w:t>Vegyes</w:t>
            </w:r>
            <w:proofErr w:type="spellEnd"/>
            <w:r>
              <w:rPr>
                <w:b/>
                <w:sz w:val="21"/>
              </w:rPr>
              <w:t xml:space="preserve"> </w:t>
            </w:r>
            <w:proofErr w:type="spellStart"/>
            <w:r>
              <w:rPr>
                <w:b/>
                <w:sz w:val="21"/>
              </w:rPr>
              <w:t>Rendelkezések</w:t>
            </w:r>
            <w:proofErr w:type="spellEnd"/>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3A7927A" w14:textId="77777777" w:rsidR="00642F65" w:rsidRDefault="00000000">
            <w:pPr>
              <w:spacing w:before="120" w:after="60"/>
            </w:pPr>
            <w:r>
              <w:rPr>
                <w:b/>
                <w:sz w:val="21"/>
              </w:rPr>
              <w:t>6. Miscellaneous Provisions</w:t>
            </w:r>
          </w:p>
        </w:tc>
      </w:tr>
      <w:tr w:rsidR="00BA1BB4" w14:paraId="0A7A1442"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800901B" w14:textId="77777777" w:rsidR="00BA1BB4" w:rsidRDefault="00000000">
            <w:pPr>
              <w:spacing w:after="0" w:line="240" w:lineRule="auto"/>
            </w:pPr>
            <w:r>
              <w:t>6.1</w:t>
            </w:r>
            <w:r>
              <w:tab/>
              <w:t xml:space="preserve">Felek </w:t>
            </w:r>
            <w:proofErr w:type="spellStart"/>
            <w:r>
              <w:t>rögzítik</w:t>
            </w:r>
            <w:proofErr w:type="spellEnd"/>
            <w:r>
              <w:t xml:space="preserve">, </w:t>
            </w:r>
            <w:proofErr w:type="spellStart"/>
            <w:r>
              <w:t>hogy</w:t>
            </w:r>
            <w:proofErr w:type="spellEnd"/>
            <w:r>
              <w:t xml:space="preserve"> a </w:t>
            </w:r>
            <w:proofErr w:type="spellStart"/>
            <w:r>
              <w:t>jelen</w:t>
            </w:r>
            <w:proofErr w:type="spellEnd"/>
            <w:r>
              <w:t xml:space="preserve"> </w:t>
            </w:r>
            <w:proofErr w:type="spellStart"/>
            <w:r>
              <w:t>Szerződés</w:t>
            </w:r>
            <w:proofErr w:type="spellEnd"/>
            <w:r>
              <w:t xml:space="preserve"> </w:t>
            </w:r>
            <w:proofErr w:type="spellStart"/>
            <w:r>
              <w:t>alapján</w:t>
            </w:r>
            <w:proofErr w:type="spellEnd"/>
            <w:r>
              <w:t xml:space="preserve"> </w:t>
            </w:r>
            <w:proofErr w:type="spellStart"/>
            <w:r>
              <w:t>egymáshoz</w:t>
            </w:r>
            <w:proofErr w:type="spellEnd"/>
            <w:r>
              <w:t xml:space="preserve"> </w:t>
            </w:r>
            <w:proofErr w:type="spellStart"/>
            <w:r>
              <w:t>intézett</w:t>
            </w:r>
            <w:proofErr w:type="spellEnd"/>
            <w:r>
              <w:t xml:space="preserve"> </w:t>
            </w:r>
            <w:proofErr w:type="spellStart"/>
            <w:r>
              <w:t>nyilatkozataikat</w:t>
            </w:r>
            <w:proofErr w:type="spellEnd"/>
            <w:r>
              <w:t xml:space="preserve"> </w:t>
            </w:r>
            <w:proofErr w:type="spellStart"/>
            <w:r>
              <w:t>írásban</w:t>
            </w:r>
            <w:proofErr w:type="spellEnd"/>
            <w:r>
              <w:t xml:space="preserve"> </w:t>
            </w:r>
            <w:proofErr w:type="spellStart"/>
            <w:r>
              <w:t>kell</w:t>
            </w:r>
            <w:proofErr w:type="spellEnd"/>
            <w:r>
              <w:t xml:space="preserve"> a </w:t>
            </w:r>
            <w:proofErr w:type="spellStart"/>
            <w:r>
              <w:t>másik</w:t>
            </w:r>
            <w:proofErr w:type="spellEnd"/>
            <w:r>
              <w:t xml:space="preserve"> </w:t>
            </w:r>
            <w:proofErr w:type="spellStart"/>
            <w:r>
              <w:t>féllel</w:t>
            </w:r>
            <w:proofErr w:type="spellEnd"/>
            <w:r>
              <w:t xml:space="preserve"> </w:t>
            </w:r>
            <w:proofErr w:type="spellStart"/>
            <w:r>
              <w:t>közölni</w:t>
            </w:r>
            <w:proofErr w:type="spellEnd"/>
            <w:r>
              <w:t xml:space="preserve">. </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8A559FD" w14:textId="77777777" w:rsidR="00BA1BB4" w:rsidRDefault="00000000">
            <w:pPr>
              <w:spacing w:after="0" w:line="240" w:lineRule="auto"/>
            </w:pPr>
            <w:r>
              <w:t>6.1</w:t>
            </w:r>
            <w:r>
              <w:tab/>
              <w:t>The Parties record that declarations addressed to each other under this Contract must be communicated to the other party in writing.</w:t>
            </w:r>
          </w:p>
        </w:tc>
      </w:tr>
      <w:tr w:rsidR="00BA1BB4" w14:paraId="0E42EB30"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867D72F" w14:textId="77777777" w:rsidR="00BA1BB4" w:rsidRDefault="00000000">
            <w:pPr>
              <w:spacing w:after="0" w:line="240" w:lineRule="auto"/>
            </w:pPr>
            <w:r>
              <w:t>6.2</w:t>
            </w:r>
            <w:r>
              <w:tab/>
              <w:t xml:space="preserve">A </w:t>
            </w:r>
            <w:proofErr w:type="spellStart"/>
            <w:r>
              <w:t>kapcsolattartás</w:t>
            </w:r>
            <w:proofErr w:type="spellEnd"/>
            <w:r>
              <w:t xml:space="preserve"> a </w:t>
            </w:r>
            <w:proofErr w:type="spellStart"/>
            <w:r>
              <w:t>jelen</w:t>
            </w:r>
            <w:proofErr w:type="spellEnd"/>
            <w:r>
              <w:t xml:space="preserve"> </w:t>
            </w:r>
            <w:proofErr w:type="spellStart"/>
            <w:r>
              <w:t>Szerződésben</w:t>
            </w:r>
            <w:proofErr w:type="spellEnd"/>
            <w:r>
              <w:t xml:space="preserve"> </w:t>
            </w:r>
            <w:proofErr w:type="spellStart"/>
            <w:r>
              <w:t>megjelölt</w:t>
            </w:r>
            <w:proofErr w:type="spellEnd"/>
            <w:r>
              <w:t xml:space="preserve"> </w:t>
            </w:r>
            <w:proofErr w:type="spellStart"/>
            <w:r>
              <w:t>címeken</w:t>
            </w:r>
            <w:proofErr w:type="spellEnd"/>
            <w:r>
              <w:t xml:space="preserve">, </w:t>
            </w:r>
            <w:proofErr w:type="spellStart"/>
            <w:r>
              <w:t>postai</w:t>
            </w:r>
            <w:proofErr w:type="spellEnd"/>
            <w:r>
              <w:t xml:space="preserve"> </w:t>
            </w:r>
            <w:proofErr w:type="spellStart"/>
            <w:r>
              <w:t>szolgáltató</w:t>
            </w:r>
            <w:proofErr w:type="spellEnd"/>
            <w:r>
              <w:t xml:space="preserve"> </w:t>
            </w:r>
            <w:proofErr w:type="spellStart"/>
            <w:r>
              <w:t>útján</w:t>
            </w:r>
            <w:proofErr w:type="spellEnd"/>
            <w:r>
              <w:t xml:space="preserve">, </w:t>
            </w:r>
            <w:proofErr w:type="spellStart"/>
            <w:r>
              <w:t>tértivevénnyel</w:t>
            </w:r>
            <w:proofErr w:type="spellEnd"/>
            <w:r>
              <w:t xml:space="preserve"> </w:t>
            </w:r>
            <w:proofErr w:type="spellStart"/>
            <w:r>
              <w:t>elküldött</w:t>
            </w:r>
            <w:proofErr w:type="spellEnd"/>
            <w:r>
              <w:t xml:space="preserve"> </w:t>
            </w:r>
            <w:proofErr w:type="spellStart"/>
            <w:r>
              <w:t>küldemény</w:t>
            </w:r>
            <w:proofErr w:type="spellEnd"/>
            <w:r>
              <w:t xml:space="preserve"> </w:t>
            </w:r>
            <w:proofErr w:type="spellStart"/>
            <w:r>
              <w:t>formájában</w:t>
            </w:r>
            <w:proofErr w:type="spellEnd"/>
            <w:r>
              <w:t xml:space="preserve">, </w:t>
            </w:r>
            <w:proofErr w:type="spellStart"/>
            <w:r>
              <w:t>vagy</w:t>
            </w:r>
            <w:proofErr w:type="spellEnd"/>
            <w:r>
              <w:t xml:space="preserve"> </w:t>
            </w:r>
            <w:proofErr w:type="spellStart"/>
            <w:r>
              <w:t>elektronikus</w:t>
            </w:r>
            <w:proofErr w:type="spellEnd"/>
            <w:r>
              <w:t xml:space="preserve"> </w:t>
            </w:r>
            <w:proofErr w:type="spellStart"/>
            <w:r>
              <w:t>levelezés</w:t>
            </w:r>
            <w:proofErr w:type="spellEnd"/>
            <w:r>
              <w:t xml:space="preserve"> (e-mail) </w:t>
            </w:r>
            <w:proofErr w:type="spellStart"/>
            <w:r>
              <w:t>útján</w:t>
            </w:r>
            <w:proofErr w:type="spellEnd"/>
            <w:r>
              <w:t xml:space="preserve"> </w:t>
            </w:r>
            <w:proofErr w:type="spellStart"/>
            <w:r>
              <w:t>történik</w:t>
            </w:r>
            <w:proofErr w:type="spellEnd"/>
            <w:r>
              <w:t xml:space="preserve"> </w:t>
            </w:r>
            <w:proofErr w:type="spellStart"/>
            <w:r>
              <w:t>mindaddig</w:t>
            </w:r>
            <w:proofErr w:type="spellEnd"/>
            <w:r>
              <w:t xml:space="preserve">, </w:t>
            </w:r>
            <w:proofErr w:type="spellStart"/>
            <w:r>
              <w:t>amíg</w:t>
            </w:r>
            <w:proofErr w:type="spellEnd"/>
            <w:r>
              <w:t xml:space="preserve"> </w:t>
            </w:r>
            <w:proofErr w:type="spellStart"/>
            <w:r>
              <w:t>ezen</w:t>
            </w:r>
            <w:proofErr w:type="spellEnd"/>
            <w:r>
              <w:t xml:space="preserve"> </w:t>
            </w:r>
            <w:proofErr w:type="spellStart"/>
            <w:r>
              <w:t>adatokban</w:t>
            </w:r>
            <w:proofErr w:type="spellEnd"/>
            <w:r>
              <w:t xml:space="preserve"> </w:t>
            </w:r>
            <w:proofErr w:type="spellStart"/>
            <w:r>
              <w:t>bekövetkezett</w:t>
            </w:r>
            <w:proofErr w:type="spellEnd"/>
            <w:r>
              <w:t xml:space="preserve"> </w:t>
            </w:r>
            <w:proofErr w:type="spellStart"/>
            <w:r>
              <w:t>változásról</w:t>
            </w:r>
            <w:proofErr w:type="spellEnd"/>
            <w:r>
              <w:t xml:space="preserve"> a Felek </w:t>
            </w:r>
            <w:proofErr w:type="spellStart"/>
            <w:r>
              <w:t>egymást</w:t>
            </w:r>
            <w:proofErr w:type="spellEnd"/>
            <w:r>
              <w:t xml:space="preserve"> </w:t>
            </w:r>
            <w:proofErr w:type="spellStart"/>
            <w:r>
              <w:t>írásban</w:t>
            </w:r>
            <w:proofErr w:type="spellEnd"/>
            <w:r>
              <w:t xml:space="preserve"> nem </w:t>
            </w:r>
            <w:proofErr w:type="spellStart"/>
            <w:r>
              <w:t>értesítik</w:t>
            </w:r>
            <w:proofErr w:type="spellEnd"/>
            <w:r>
              <w:t xml:space="preserve">. </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2B6EA30" w14:textId="77777777" w:rsidR="00BA1BB4" w:rsidRDefault="00000000">
            <w:pPr>
              <w:spacing w:after="0" w:line="240" w:lineRule="auto"/>
            </w:pPr>
            <w:r>
              <w:t>6.2</w:t>
            </w:r>
            <w:r>
              <w:tab/>
              <w:t>Communication shall take place at the addresses specified in this Contract, by postal service in the form of a registered letter with return receipt, or by electronic mail (e-mail), until the Parties notify each other in writing of any change in such data.</w:t>
            </w:r>
          </w:p>
        </w:tc>
      </w:tr>
      <w:tr w:rsidR="00BA1BB4" w14:paraId="68BE69BA"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845494F" w14:textId="77777777" w:rsidR="00BA1BB4" w:rsidRDefault="00000000">
            <w:pPr>
              <w:spacing w:after="0" w:line="240" w:lineRule="auto"/>
            </w:pPr>
            <w:r>
              <w:t>6.3</w:t>
            </w:r>
            <w:r>
              <w:tab/>
              <w:t xml:space="preserve">Felek </w:t>
            </w:r>
            <w:proofErr w:type="spellStart"/>
            <w:r>
              <w:t>rögzítik</w:t>
            </w:r>
            <w:proofErr w:type="spellEnd"/>
            <w:r>
              <w:t xml:space="preserve">, </w:t>
            </w:r>
            <w:proofErr w:type="spellStart"/>
            <w:r>
              <w:t>hogy</w:t>
            </w:r>
            <w:proofErr w:type="spellEnd"/>
            <w:r>
              <w:t xml:space="preserve"> a </w:t>
            </w:r>
            <w:proofErr w:type="spellStart"/>
            <w:r>
              <w:t>postai</w:t>
            </w:r>
            <w:proofErr w:type="spellEnd"/>
            <w:r>
              <w:t xml:space="preserve"> </w:t>
            </w:r>
            <w:proofErr w:type="spellStart"/>
            <w:r>
              <w:t>küldeményeket</w:t>
            </w:r>
            <w:proofErr w:type="spellEnd"/>
            <w:r>
              <w:t xml:space="preserve"> </w:t>
            </w:r>
            <w:proofErr w:type="spellStart"/>
            <w:r>
              <w:t>azon</w:t>
            </w:r>
            <w:proofErr w:type="spellEnd"/>
            <w:r>
              <w:t xml:space="preserve"> a </w:t>
            </w:r>
            <w:proofErr w:type="spellStart"/>
            <w:r>
              <w:t>napon</w:t>
            </w:r>
            <w:proofErr w:type="spellEnd"/>
            <w:r>
              <w:t xml:space="preserve"> </w:t>
            </w:r>
            <w:proofErr w:type="spellStart"/>
            <w:r>
              <w:t>tekintik</w:t>
            </w:r>
            <w:proofErr w:type="spellEnd"/>
            <w:r>
              <w:t xml:space="preserve"> </w:t>
            </w:r>
            <w:proofErr w:type="spellStart"/>
            <w:r>
              <w:t>közöltnek</w:t>
            </w:r>
            <w:proofErr w:type="spellEnd"/>
            <w:r>
              <w:t xml:space="preserve">, </w:t>
            </w:r>
            <w:proofErr w:type="spellStart"/>
            <w:r>
              <w:t>amikor</w:t>
            </w:r>
            <w:proofErr w:type="spellEnd"/>
            <w:r>
              <w:t xml:space="preserve"> </w:t>
            </w:r>
            <w:proofErr w:type="spellStart"/>
            <w:r>
              <w:t>azt</w:t>
            </w:r>
            <w:proofErr w:type="spellEnd"/>
            <w:r>
              <w:t xml:space="preserve"> a </w:t>
            </w:r>
            <w:proofErr w:type="spellStart"/>
            <w:r>
              <w:t>másik</w:t>
            </w:r>
            <w:proofErr w:type="spellEnd"/>
            <w:r>
              <w:t xml:space="preserve"> </w:t>
            </w:r>
            <w:proofErr w:type="spellStart"/>
            <w:r>
              <w:t>fél</w:t>
            </w:r>
            <w:proofErr w:type="spellEnd"/>
            <w:r>
              <w:t xml:space="preserve"> </w:t>
            </w:r>
            <w:proofErr w:type="spellStart"/>
            <w:r>
              <w:t>igazoltan</w:t>
            </w:r>
            <w:proofErr w:type="spellEnd"/>
            <w:r>
              <w:t xml:space="preserve"> </w:t>
            </w:r>
            <w:proofErr w:type="spellStart"/>
            <w:r>
              <w:t>átvette</w:t>
            </w:r>
            <w:proofErr w:type="spellEnd"/>
            <w:r>
              <w:t xml:space="preserve">. </w:t>
            </w:r>
            <w:proofErr w:type="spellStart"/>
            <w:r>
              <w:t>Amennyiben</w:t>
            </w:r>
            <w:proofErr w:type="spellEnd"/>
            <w:r>
              <w:t xml:space="preserve"> a </w:t>
            </w:r>
            <w:proofErr w:type="spellStart"/>
            <w:r>
              <w:t>küldemény</w:t>
            </w:r>
            <w:proofErr w:type="spellEnd"/>
            <w:r>
              <w:t xml:space="preserve"> </w:t>
            </w:r>
            <w:proofErr w:type="spellStart"/>
            <w:r>
              <w:t>az</w:t>
            </w:r>
            <w:proofErr w:type="spellEnd"/>
            <w:r>
              <w:t xml:space="preserve"> „</w:t>
            </w:r>
            <w:proofErr w:type="spellStart"/>
            <w:r>
              <w:t>átvételt</w:t>
            </w:r>
            <w:proofErr w:type="spellEnd"/>
            <w:r>
              <w:t xml:space="preserve"> </w:t>
            </w:r>
            <w:proofErr w:type="spellStart"/>
            <w:r>
              <w:t>megtagadta</w:t>
            </w:r>
            <w:proofErr w:type="spellEnd"/>
            <w:r>
              <w:t xml:space="preserve">” </w:t>
            </w:r>
            <w:proofErr w:type="spellStart"/>
            <w:r>
              <w:t>postai</w:t>
            </w:r>
            <w:proofErr w:type="spellEnd"/>
            <w:r>
              <w:t xml:space="preserve"> </w:t>
            </w:r>
            <w:proofErr w:type="spellStart"/>
            <w:r>
              <w:t>értesítéssel</w:t>
            </w:r>
            <w:proofErr w:type="spellEnd"/>
            <w:r>
              <w:t xml:space="preserve"> </w:t>
            </w:r>
            <w:proofErr w:type="spellStart"/>
            <w:r>
              <w:t>érkezik</w:t>
            </w:r>
            <w:proofErr w:type="spellEnd"/>
            <w:r>
              <w:t xml:space="preserve"> </w:t>
            </w:r>
            <w:proofErr w:type="spellStart"/>
            <w:r>
              <w:t>vissza</w:t>
            </w:r>
            <w:proofErr w:type="spellEnd"/>
            <w:r>
              <w:t xml:space="preserve">, </w:t>
            </w:r>
            <w:proofErr w:type="spellStart"/>
            <w:r>
              <w:t>úgy</w:t>
            </w:r>
            <w:proofErr w:type="spellEnd"/>
            <w:r>
              <w:t xml:space="preserve"> a </w:t>
            </w:r>
            <w:proofErr w:type="spellStart"/>
            <w:r>
              <w:t>nyilatkozatot</w:t>
            </w:r>
            <w:proofErr w:type="spellEnd"/>
            <w:r>
              <w:t xml:space="preserve"> a </w:t>
            </w:r>
            <w:proofErr w:type="spellStart"/>
            <w:r>
              <w:t>sikertelen</w:t>
            </w:r>
            <w:proofErr w:type="spellEnd"/>
            <w:r>
              <w:t xml:space="preserve"> </w:t>
            </w:r>
            <w:proofErr w:type="spellStart"/>
            <w:r>
              <w:t>kézbesítés</w:t>
            </w:r>
            <w:proofErr w:type="spellEnd"/>
            <w:r>
              <w:t xml:space="preserve"> </w:t>
            </w:r>
            <w:proofErr w:type="spellStart"/>
            <w:r>
              <w:t>megkísérlésének</w:t>
            </w:r>
            <w:proofErr w:type="spellEnd"/>
            <w:r>
              <w:t xml:space="preserve"> </w:t>
            </w:r>
            <w:proofErr w:type="spellStart"/>
            <w:r>
              <w:t>napján</w:t>
            </w:r>
            <w:proofErr w:type="spellEnd"/>
            <w:r>
              <w:t xml:space="preserve">, „nem </w:t>
            </w:r>
            <w:proofErr w:type="spellStart"/>
            <w:r>
              <w:t>kereste</w:t>
            </w:r>
            <w:proofErr w:type="spellEnd"/>
            <w:r>
              <w:t xml:space="preserve">” </w:t>
            </w:r>
            <w:proofErr w:type="spellStart"/>
            <w:r>
              <w:t>vagy</w:t>
            </w:r>
            <w:proofErr w:type="spellEnd"/>
            <w:r>
              <w:t xml:space="preserve"> „</w:t>
            </w:r>
            <w:proofErr w:type="spellStart"/>
            <w:r>
              <w:t>elköltözött</w:t>
            </w:r>
            <w:proofErr w:type="spellEnd"/>
            <w:r>
              <w:t xml:space="preserve">” </w:t>
            </w:r>
            <w:proofErr w:type="spellStart"/>
            <w:r>
              <w:t>postai</w:t>
            </w:r>
            <w:proofErr w:type="spellEnd"/>
            <w:r>
              <w:t xml:space="preserve"> </w:t>
            </w:r>
            <w:proofErr w:type="spellStart"/>
            <w:r>
              <w:t>jelzés</w:t>
            </w:r>
            <w:proofErr w:type="spellEnd"/>
            <w:r>
              <w:t xml:space="preserve"> </w:t>
            </w:r>
            <w:proofErr w:type="spellStart"/>
            <w:r>
              <w:t>esetén</w:t>
            </w:r>
            <w:proofErr w:type="spellEnd"/>
            <w:r>
              <w:t xml:space="preserve">, </w:t>
            </w:r>
            <w:proofErr w:type="spellStart"/>
            <w:r>
              <w:t>vagy</w:t>
            </w:r>
            <w:proofErr w:type="spellEnd"/>
            <w:r>
              <w:t xml:space="preserve"> </w:t>
            </w:r>
            <w:proofErr w:type="spellStart"/>
            <w:r>
              <w:t>bármely</w:t>
            </w:r>
            <w:proofErr w:type="spellEnd"/>
            <w:r>
              <w:t xml:space="preserve"> </w:t>
            </w:r>
            <w:proofErr w:type="spellStart"/>
            <w:r>
              <w:t>más</w:t>
            </w:r>
            <w:proofErr w:type="spellEnd"/>
            <w:r>
              <w:t xml:space="preserve"> </w:t>
            </w:r>
            <w:proofErr w:type="spellStart"/>
            <w:r>
              <w:t>okból</w:t>
            </w:r>
            <w:proofErr w:type="spellEnd"/>
            <w:r>
              <w:t xml:space="preserve"> </w:t>
            </w:r>
            <w:proofErr w:type="spellStart"/>
            <w:r>
              <w:t>történő</w:t>
            </w:r>
            <w:proofErr w:type="spellEnd"/>
            <w:r>
              <w:t xml:space="preserve"> </w:t>
            </w:r>
            <w:proofErr w:type="spellStart"/>
            <w:r>
              <w:t>sikertelen</w:t>
            </w:r>
            <w:proofErr w:type="spellEnd"/>
            <w:r>
              <w:t xml:space="preserve"> </w:t>
            </w:r>
            <w:proofErr w:type="spellStart"/>
            <w:r>
              <w:t>kézbesítés</w:t>
            </w:r>
            <w:proofErr w:type="spellEnd"/>
            <w:r>
              <w:t xml:space="preserve"> </w:t>
            </w:r>
            <w:proofErr w:type="spellStart"/>
            <w:r>
              <w:t>esetén</w:t>
            </w:r>
            <w:proofErr w:type="spellEnd"/>
            <w:r>
              <w:t xml:space="preserve"> </w:t>
            </w:r>
            <w:proofErr w:type="spellStart"/>
            <w:r>
              <w:t>az</w:t>
            </w:r>
            <w:proofErr w:type="spellEnd"/>
            <w:r>
              <w:t xml:space="preserve"> </w:t>
            </w:r>
            <w:proofErr w:type="spellStart"/>
            <w:r>
              <w:t>igazolt</w:t>
            </w:r>
            <w:proofErr w:type="spellEnd"/>
            <w:r>
              <w:t xml:space="preserve"> </w:t>
            </w:r>
            <w:proofErr w:type="spellStart"/>
            <w:r>
              <w:t>feladástól</w:t>
            </w:r>
            <w:proofErr w:type="spellEnd"/>
            <w:r>
              <w:t xml:space="preserve"> </w:t>
            </w:r>
            <w:proofErr w:type="spellStart"/>
            <w:r>
              <w:t>számított</w:t>
            </w:r>
            <w:proofErr w:type="spellEnd"/>
            <w:r>
              <w:t xml:space="preserve"> 5. (</w:t>
            </w:r>
            <w:proofErr w:type="spellStart"/>
            <w:r>
              <w:t>ötödik</w:t>
            </w:r>
            <w:proofErr w:type="spellEnd"/>
            <w:r>
              <w:t xml:space="preserve">) </w:t>
            </w:r>
            <w:proofErr w:type="spellStart"/>
            <w:r>
              <w:t>napon</w:t>
            </w:r>
            <w:proofErr w:type="spellEnd"/>
            <w:r>
              <w:t xml:space="preserve"> </w:t>
            </w:r>
            <w:proofErr w:type="spellStart"/>
            <w:r>
              <w:t>kézbesítettnek</w:t>
            </w:r>
            <w:proofErr w:type="spellEnd"/>
            <w:r>
              <w:t xml:space="preserve"> </w:t>
            </w:r>
            <w:proofErr w:type="spellStart"/>
            <w:r>
              <w:t>és</w:t>
            </w:r>
            <w:proofErr w:type="spellEnd"/>
            <w:r>
              <w:t xml:space="preserve"> </w:t>
            </w:r>
            <w:proofErr w:type="spellStart"/>
            <w:r>
              <w:t>közöltnek</w:t>
            </w:r>
            <w:proofErr w:type="spellEnd"/>
            <w:r>
              <w:t xml:space="preserve"> </w:t>
            </w:r>
            <w:proofErr w:type="spellStart"/>
            <w:r>
              <w:t>kell</w:t>
            </w:r>
            <w:proofErr w:type="spellEnd"/>
            <w:r>
              <w:t xml:space="preserve"> </w:t>
            </w:r>
            <w:proofErr w:type="spellStart"/>
            <w:r>
              <w:t>tekinteni</w:t>
            </w:r>
            <w:proofErr w:type="spellEnd"/>
            <w:r>
              <w:t xml:space="preserve">. Felek </w:t>
            </w:r>
            <w:proofErr w:type="spellStart"/>
            <w:r>
              <w:t>megállapodnak</w:t>
            </w:r>
            <w:proofErr w:type="spellEnd"/>
            <w:r>
              <w:t xml:space="preserve"> </w:t>
            </w:r>
            <w:proofErr w:type="spellStart"/>
            <w:r>
              <w:t>abban</w:t>
            </w:r>
            <w:proofErr w:type="spellEnd"/>
            <w:r>
              <w:t xml:space="preserve">, </w:t>
            </w:r>
            <w:proofErr w:type="spellStart"/>
            <w:r>
              <w:t>hogy</w:t>
            </w:r>
            <w:proofErr w:type="spellEnd"/>
            <w:r>
              <w:t xml:space="preserve"> </w:t>
            </w:r>
            <w:proofErr w:type="spellStart"/>
            <w:r>
              <w:t>bármely</w:t>
            </w:r>
            <w:proofErr w:type="spellEnd"/>
            <w:r>
              <w:t xml:space="preserve"> Fél a </w:t>
            </w:r>
            <w:proofErr w:type="spellStart"/>
            <w:r>
              <w:t>Szerződés</w:t>
            </w:r>
            <w:proofErr w:type="spellEnd"/>
            <w:r>
              <w:t xml:space="preserve"> </w:t>
            </w:r>
            <w:proofErr w:type="spellStart"/>
            <w:r>
              <w:t>bevezető</w:t>
            </w:r>
            <w:proofErr w:type="spellEnd"/>
            <w:r>
              <w:t xml:space="preserve"> </w:t>
            </w:r>
            <w:proofErr w:type="spellStart"/>
            <w:r>
              <w:t>részében</w:t>
            </w:r>
            <w:proofErr w:type="spellEnd"/>
            <w:r>
              <w:t xml:space="preserve"> </w:t>
            </w:r>
            <w:proofErr w:type="spellStart"/>
            <w:r>
              <w:t>meghatározott</w:t>
            </w:r>
            <w:proofErr w:type="spellEnd"/>
            <w:r>
              <w:t xml:space="preserve"> </w:t>
            </w:r>
            <w:proofErr w:type="spellStart"/>
            <w:r>
              <w:t>lakcímének</w:t>
            </w:r>
            <w:proofErr w:type="spellEnd"/>
            <w:r>
              <w:t xml:space="preserve"> (</w:t>
            </w:r>
            <w:proofErr w:type="spellStart"/>
            <w:r>
              <w:t>értesítési</w:t>
            </w:r>
            <w:proofErr w:type="spellEnd"/>
            <w:r>
              <w:t xml:space="preserve"> </w:t>
            </w:r>
            <w:proofErr w:type="spellStart"/>
            <w:r>
              <w:t>címének</w:t>
            </w:r>
            <w:proofErr w:type="spellEnd"/>
            <w:r>
              <w:t xml:space="preserve">) </w:t>
            </w:r>
            <w:proofErr w:type="spellStart"/>
            <w:r>
              <w:t>megváltozásáról</w:t>
            </w:r>
            <w:proofErr w:type="spellEnd"/>
            <w:r>
              <w:t xml:space="preserve"> a </w:t>
            </w:r>
            <w:proofErr w:type="spellStart"/>
            <w:r>
              <w:t>másik</w:t>
            </w:r>
            <w:proofErr w:type="spellEnd"/>
            <w:r>
              <w:t xml:space="preserve"> Felet a </w:t>
            </w:r>
            <w:proofErr w:type="spellStart"/>
            <w:r>
              <w:t>változás</w:t>
            </w:r>
            <w:proofErr w:type="spellEnd"/>
            <w:r>
              <w:t xml:space="preserve"> </w:t>
            </w:r>
            <w:proofErr w:type="spellStart"/>
            <w:r>
              <w:t>bekövetkeztét</w:t>
            </w:r>
            <w:proofErr w:type="spellEnd"/>
            <w:r>
              <w:t xml:space="preserve"> </w:t>
            </w:r>
            <w:proofErr w:type="spellStart"/>
            <w:r>
              <w:t>követő</w:t>
            </w:r>
            <w:proofErr w:type="spellEnd"/>
            <w:r>
              <w:t xml:space="preserve"> </w:t>
            </w:r>
            <w:proofErr w:type="spellStart"/>
            <w:r>
              <w:t>öt</w:t>
            </w:r>
            <w:proofErr w:type="spellEnd"/>
            <w:r>
              <w:t xml:space="preserve"> (5) </w:t>
            </w:r>
            <w:proofErr w:type="spellStart"/>
            <w:r>
              <w:t>munkanapon</w:t>
            </w:r>
            <w:proofErr w:type="spellEnd"/>
            <w:r>
              <w:t xml:space="preserve"> </w:t>
            </w:r>
            <w:proofErr w:type="spellStart"/>
            <w:r>
              <w:t>belül</w:t>
            </w:r>
            <w:proofErr w:type="spellEnd"/>
            <w:r>
              <w:t xml:space="preserve"> </w:t>
            </w:r>
            <w:proofErr w:type="spellStart"/>
            <w:r>
              <w:t>írásban</w:t>
            </w:r>
            <w:proofErr w:type="spellEnd"/>
            <w:r>
              <w:t xml:space="preserve"> </w:t>
            </w:r>
            <w:proofErr w:type="spellStart"/>
            <w:r>
              <w:t>köteles</w:t>
            </w:r>
            <w:proofErr w:type="spellEnd"/>
            <w:r>
              <w:t xml:space="preserve"> </w:t>
            </w:r>
            <w:proofErr w:type="spellStart"/>
            <w:r>
              <w:t>értesíteni</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51A305E" w14:textId="77777777" w:rsidR="00BA1BB4" w:rsidRDefault="00000000">
            <w:pPr>
              <w:spacing w:after="0" w:line="240" w:lineRule="auto"/>
            </w:pPr>
            <w:r>
              <w:t>6.3</w:t>
            </w:r>
            <w:r>
              <w:tab/>
              <w:t>The Parties record that postal items shall be deemed delivered on the day on which they were demonstrably received by the other party. If the item is returned with the postal notification 'refused to accept', the declaration shall be deemed delivered on the day of the attempted unsuccessful delivery; in the case of the postal notation 'unclaimed' or 'moved away', or in the event of unsuccessful delivery for any other reason, it shall be deemed delivered and communicated on the 5th (fifth) day counted from proven dispatch. The Parties agree that any Party shall be obliged to notify the other Party in writing of any change in the residential address (notification address) specified in the introductory part of the Contract within five (5) working days following the occurrence of the change.</w:t>
            </w:r>
          </w:p>
        </w:tc>
      </w:tr>
      <w:tr w:rsidR="00BA1BB4" w14:paraId="432A7DFA"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BEAEDC4" w14:textId="77777777" w:rsidR="00BA1BB4" w:rsidRDefault="00000000">
            <w:pPr>
              <w:spacing w:after="0" w:line="240" w:lineRule="auto"/>
            </w:pPr>
            <w:r>
              <w:t>6.4</w:t>
            </w:r>
            <w:r>
              <w:tab/>
              <w:t xml:space="preserve">Felek </w:t>
            </w:r>
            <w:proofErr w:type="spellStart"/>
            <w:r>
              <w:t>kötelezik</w:t>
            </w:r>
            <w:proofErr w:type="spellEnd"/>
            <w:r>
              <w:t xml:space="preserve"> </w:t>
            </w:r>
            <w:proofErr w:type="spellStart"/>
            <w:r>
              <w:t>magukat</w:t>
            </w:r>
            <w:proofErr w:type="spellEnd"/>
            <w:r>
              <w:t xml:space="preserve"> </w:t>
            </w:r>
            <w:proofErr w:type="spellStart"/>
            <w:r>
              <w:t>arra</w:t>
            </w:r>
            <w:proofErr w:type="spellEnd"/>
            <w:r>
              <w:t xml:space="preserve">, </w:t>
            </w:r>
            <w:proofErr w:type="spellStart"/>
            <w:r>
              <w:t>hogy</w:t>
            </w:r>
            <w:proofErr w:type="spellEnd"/>
            <w:r>
              <w:t xml:space="preserve"> a </w:t>
            </w:r>
            <w:proofErr w:type="spellStart"/>
            <w:r>
              <w:t>fenti</w:t>
            </w:r>
            <w:proofErr w:type="spellEnd"/>
            <w:r>
              <w:t xml:space="preserve"> </w:t>
            </w:r>
            <w:proofErr w:type="spellStart"/>
            <w:r>
              <w:t>jognyilatkozatok</w:t>
            </w:r>
            <w:proofErr w:type="spellEnd"/>
            <w:r>
              <w:t xml:space="preserve"> </w:t>
            </w:r>
            <w:proofErr w:type="spellStart"/>
            <w:r>
              <w:t>közlésére</w:t>
            </w:r>
            <w:proofErr w:type="spellEnd"/>
            <w:r>
              <w:t xml:space="preserve"> </w:t>
            </w:r>
            <w:proofErr w:type="spellStart"/>
            <w:r>
              <w:t>és</w:t>
            </w:r>
            <w:proofErr w:type="spellEnd"/>
            <w:r>
              <w:t xml:space="preserve"> </w:t>
            </w:r>
            <w:proofErr w:type="spellStart"/>
            <w:r>
              <w:t>kézbesítésére</w:t>
            </w:r>
            <w:proofErr w:type="spellEnd"/>
            <w:r>
              <w:t xml:space="preserve"> </w:t>
            </w:r>
            <w:proofErr w:type="spellStart"/>
            <w:r>
              <w:t>vonatkozó</w:t>
            </w:r>
            <w:proofErr w:type="spellEnd"/>
            <w:r>
              <w:t xml:space="preserve"> </w:t>
            </w:r>
            <w:proofErr w:type="spellStart"/>
            <w:r>
              <w:t>kötelezettségükre</w:t>
            </w:r>
            <w:proofErr w:type="spellEnd"/>
            <w:r>
              <w:t xml:space="preserve"> </w:t>
            </w:r>
            <w:proofErr w:type="spellStart"/>
            <w:r>
              <w:t>tekintettel</w:t>
            </w:r>
            <w:proofErr w:type="spellEnd"/>
            <w:r>
              <w:t xml:space="preserve"> </w:t>
            </w:r>
            <w:proofErr w:type="spellStart"/>
            <w:r>
              <w:t>gondoskodnak</w:t>
            </w:r>
            <w:proofErr w:type="spellEnd"/>
            <w:r>
              <w:t xml:space="preserve"> </w:t>
            </w:r>
            <w:proofErr w:type="spellStart"/>
            <w:r>
              <w:t>arról</w:t>
            </w:r>
            <w:proofErr w:type="spellEnd"/>
            <w:r>
              <w:t xml:space="preserve">, </w:t>
            </w:r>
            <w:proofErr w:type="spellStart"/>
            <w:r>
              <w:t>hogy</w:t>
            </w:r>
            <w:proofErr w:type="spellEnd"/>
            <w:r>
              <w:t xml:space="preserve"> a </w:t>
            </w:r>
            <w:proofErr w:type="spellStart"/>
            <w:r>
              <w:t>fentiekben</w:t>
            </w:r>
            <w:proofErr w:type="spellEnd"/>
            <w:r>
              <w:t xml:space="preserve"> </w:t>
            </w:r>
            <w:proofErr w:type="spellStart"/>
            <w:r>
              <w:t>megadott</w:t>
            </w:r>
            <w:proofErr w:type="spellEnd"/>
            <w:r>
              <w:t xml:space="preserve"> </w:t>
            </w:r>
            <w:proofErr w:type="spellStart"/>
            <w:r>
              <w:t>kézbesítési</w:t>
            </w:r>
            <w:proofErr w:type="spellEnd"/>
            <w:r>
              <w:t xml:space="preserve"> </w:t>
            </w:r>
            <w:proofErr w:type="spellStart"/>
            <w:r>
              <w:t>címeken</w:t>
            </w:r>
            <w:proofErr w:type="spellEnd"/>
            <w:r>
              <w:t xml:space="preserve"> a </w:t>
            </w:r>
            <w:proofErr w:type="spellStart"/>
            <w:r>
              <w:t>mai</w:t>
            </w:r>
            <w:proofErr w:type="spellEnd"/>
            <w:r>
              <w:t xml:space="preserve"> </w:t>
            </w:r>
            <w:proofErr w:type="spellStart"/>
            <w:r>
              <w:t>naptól</w:t>
            </w:r>
            <w:proofErr w:type="spellEnd"/>
            <w:r>
              <w:t xml:space="preserve"> </w:t>
            </w:r>
            <w:proofErr w:type="spellStart"/>
            <w:r>
              <w:t>kezdve</w:t>
            </w:r>
            <w:proofErr w:type="spellEnd"/>
            <w:r>
              <w:t xml:space="preserve"> a </w:t>
            </w:r>
            <w:proofErr w:type="spellStart"/>
            <w:r>
              <w:t>jelen</w:t>
            </w:r>
            <w:proofErr w:type="spellEnd"/>
            <w:r>
              <w:t xml:space="preserve"> </w:t>
            </w:r>
            <w:proofErr w:type="spellStart"/>
            <w:r>
              <w:t>Szerződés</w:t>
            </w:r>
            <w:proofErr w:type="spellEnd"/>
            <w:r>
              <w:t xml:space="preserve"> </w:t>
            </w:r>
            <w:proofErr w:type="spellStart"/>
            <w:r>
              <w:t>fennállásának</w:t>
            </w:r>
            <w:proofErr w:type="spellEnd"/>
            <w:r>
              <w:t xml:space="preserve"> </w:t>
            </w:r>
            <w:proofErr w:type="spellStart"/>
            <w:r>
              <w:t>tartama</w:t>
            </w:r>
            <w:proofErr w:type="spellEnd"/>
            <w:r>
              <w:t xml:space="preserve"> </w:t>
            </w:r>
            <w:proofErr w:type="spellStart"/>
            <w:r>
              <w:t>alatt</w:t>
            </w:r>
            <w:proofErr w:type="spellEnd"/>
            <w:r>
              <w:t xml:space="preserve"> </w:t>
            </w:r>
            <w:proofErr w:type="spellStart"/>
            <w:r>
              <w:t>folyamatosan</w:t>
            </w:r>
            <w:proofErr w:type="spellEnd"/>
            <w:r>
              <w:t xml:space="preserve"> </w:t>
            </w:r>
            <w:proofErr w:type="spellStart"/>
            <w:r>
              <w:t>rendelkezzen</w:t>
            </w:r>
            <w:proofErr w:type="spellEnd"/>
            <w:r>
              <w:t xml:space="preserve"> a </w:t>
            </w:r>
            <w:proofErr w:type="spellStart"/>
            <w:r>
              <w:t>postai</w:t>
            </w:r>
            <w:proofErr w:type="spellEnd"/>
            <w:r>
              <w:t xml:space="preserve"> </w:t>
            </w:r>
            <w:proofErr w:type="spellStart"/>
            <w:r>
              <w:t>küldemények</w:t>
            </w:r>
            <w:proofErr w:type="spellEnd"/>
            <w:r>
              <w:t xml:space="preserve"> </w:t>
            </w:r>
            <w:proofErr w:type="spellStart"/>
            <w:r>
              <w:t>átvételére</w:t>
            </w:r>
            <w:proofErr w:type="spellEnd"/>
            <w:r>
              <w:t xml:space="preserve"> </w:t>
            </w:r>
            <w:proofErr w:type="spellStart"/>
            <w:r>
              <w:t>jogosult</w:t>
            </w:r>
            <w:proofErr w:type="spellEnd"/>
            <w:r>
              <w:t xml:space="preserve"> </w:t>
            </w:r>
            <w:proofErr w:type="spellStart"/>
            <w:r>
              <w:t>személlyel</w:t>
            </w:r>
            <w:proofErr w:type="spellEnd"/>
            <w:r>
              <w:t xml:space="preserve"> (</w:t>
            </w:r>
            <w:proofErr w:type="spellStart"/>
            <w:r>
              <w:t>képviselővel</w:t>
            </w:r>
            <w:proofErr w:type="spellEnd"/>
            <w:r>
              <w:t xml:space="preserve">). </w:t>
            </w:r>
            <w:proofErr w:type="spellStart"/>
            <w:r>
              <w:t>Ennek</w:t>
            </w:r>
            <w:proofErr w:type="spellEnd"/>
            <w:r>
              <w:t xml:space="preserve"> </w:t>
            </w:r>
            <w:proofErr w:type="spellStart"/>
            <w:r>
              <w:t>elmulasztása</w:t>
            </w:r>
            <w:proofErr w:type="spellEnd"/>
            <w:r>
              <w:t xml:space="preserve"> </w:t>
            </w:r>
            <w:proofErr w:type="spellStart"/>
            <w:r>
              <w:t>esetén</w:t>
            </w:r>
            <w:proofErr w:type="spellEnd"/>
            <w:r>
              <w:t xml:space="preserve">, </w:t>
            </w:r>
            <w:proofErr w:type="spellStart"/>
            <w:r>
              <w:t>az</w:t>
            </w:r>
            <w:proofErr w:type="spellEnd"/>
            <w:r>
              <w:t xml:space="preserve"> </w:t>
            </w:r>
            <w:proofErr w:type="spellStart"/>
            <w:r>
              <w:t>átvételre</w:t>
            </w:r>
            <w:proofErr w:type="spellEnd"/>
            <w:r>
              <w:t xml:space="preserve"> </w:t>
            </w:r>
            <w:proofErr w:type="spellStart"/>
            <w:r>
              <w:t>jogosult</w:t>
            </w:r>
            <w:proofErr w:type="spellEnd"/>
            <w:r>
              <w:t xml:space="preserve"> </w:t>
            </w:r>
            <w:proofErr w:type="spellStart"/>
            <w:r>
              <w:t>személy</w:t>
            </w:r>
            <w:proofErr w:type="spellEnd"/>
            <w:r>
              <w:t xml:space="preserve"> (</w:t>
            </w:r>
            <w:proofErr w:type="spellStart"/>
            <w:r>
              <w:t>képviselő</w:t>
            </w:r>
            <w:proofErr w:type="spellEnd"/>
            <w:r>
              <w:t xml:space="preserve">) </w:t>
            </w:r>
            <w:proofErr w:type="spellStart"/>
            <w:r>
              <w:t>hiányára</w:t>
            </w:r>
            <w:proofErr w:type="spellEnd"/>
            <w:r>
              <w:t xml:space="preserve"> </w:t>
            </w:r>
            <w:proofErr w:type="spellStart"/>
            <w:r>
              <w:t>előnyök</w:t>
            </w:r>
            <w:proofErr w:type="spellEnd"/>
            <w:r>
              <w:t xml:space="preserve"> </w:t>
            </w:r>
            <w:proofErr w:type="spellStart"/>
            <w:r>
              <w:t>szerzése</w:t>
            </w:r>
            <w:proofErr w:type="spellEnd"/>
            <w:r>
              <w:t xml:space="preserve"> </w:t>
            </w:r>
            <w:proofErr w:type="spellStart"/>
            <w:r>
              <w:t>végett</w:t>
            </w:r>
            <w:proofErr w:type="spellEnd"/>
            <w:r>
              <w:t xml:space="preserve"> </w:t>
            </w:r>
            <w:proofErr w:type="spellStart"/>
            <w:r>
              <w:t>egyik</w:t>
            </w:r>
            <w:proofErr w:type="spellEnd"/>
            <w:r>
              <w:t xml:space="preserve"> Fél </w:t>
            </w:r>
            <w:proofErr w:type="spellStart"/>
            <w:r>
              <w:t>sem</w:t>
            </w:r>
            <w:proofErr w:type="spellEnd"/>
            <w:r>
              <w:t xml:space="preserve"> </w:t>
            </w:r>
            <w:proofErr w:type="spellStart"/>
            <w:r>
              <w:t>hivatkozhat</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EB0794E" w14:textId="77777777" w:rsidR="00BA1BB4" w:rsidRDefault="00000000">
            <w:pPr>
              <w:spacing w:after="0" w:line="240" w:lineRule="auto"/>
            </w:pPr>
            <w:r>
              <w:t>6.4</w:t>
            </w:r>
            <w:r>
              <w:tab/>
              <w:t xml:space="preserve">The Parties undertake, in view of their obligation concerning the communication and delivery of the above legal declarations, to ensure that from today and throughout the term of this Contract there is continuously a person (representative) </w:t>
            </w:r>
            <w:proofErr w:type="spellStart"/>
            <w:r>
              <w:t>authorised</w:t>
            </w:r>
            <w:proofErr w:type="spellEnd"/>
            <w:r>
              <w:t xml:space="preserve"> to receive postal items at the delivery addresses specified above. In the event of failure to do so, neither Party may invoke the absence of the person (representative) </w:t>
            </w:r>
            <w:proofErr w:type="spellStart"/>
            <w:r>
              <w:t>authorised</w:t>
            </w:r>
            <w:proofErr w:type="spellEnd"/>
            <w:r>
              <w:t xml:space="preserve"> to receive items </w:t>
            </w:r>
            <w:proofErr w:type="gramStart"/>
            <w:r>
              <w:t>in order to</w:t>
            </w:r>
            <w:proofErr w:type="gramEnd"/>
            <w:r>
              <w:t xml:space="preserve"> obtain an advantage.</w:t>
            </w:r>
          </w:p>
        </w:tc>
      </w:tr>
      <w:tr w:rsidR="00BA1BB4" w14:paraId="12AEDC3D"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02FB517" w14:textId="77777777" w:rsidR="00BA1BB4" w:rsidRDefault="00000000">
            <w:pPr>
              <w:spacing w:after="0" w:line="240" w:lineRule="auto"/>
            </w:pPr>
            <w:r>
              <w:t>6.5</w:t>
            </w:r>
            <w:r>
              <w:tab/>
            </w:r>
            <w:proofErr w:type="spellStart"/>
            <w:r>
              <w:t>Bérlő</w:t>
            </w:r>
            <w:proofErr w:type="spellEnd"/>
            <w:r>
              <w:t xml:space="preserve"> </w:t>
            </w:r>
            <w:proofErr w:type="spellStart"/>
            <w:r>
              <w:t>jelen</w:t>
            </w:r>
            <w:proofErr w:type="spellEnd"/>
            <w:r>
              <w:t xml:space="preserve"> </w:t>
            </w:r>
            <w:proofErr w:type="spellStart"/>
            <w:r>
              <w:t>Szerződés</w:t>
            </w:r>
            <w:proofErr w:type="spellEnd"/>
            <w:r>
              <w:t xml:space="preserve"> </w:t>
            </w:r>
            <w:proofErr w:type="spellStart"/>
            <w:r>
              <w:t>aláírásával</w:t>
            </w:r>
            <w:proofErr w:type="spellEnd"/>
            <w:r>
              <w:t xml:space="preserve"> </w:t>
            </w:r>
            <w:proofErr w:type="spellStart"/>
            <w:r>
              <w:t>kifejezetten</w:t>
            </w:r>
            <w:proofErr w:type="spellEnd"/>
            <w:r>
              <w:t xml:space="preserve"> </w:t>
            </w:r>
            <w:proofErr w:type="spellStart"/>
            <w:r>
              <w:t>hozzájárul</w:t>
            </w:r>
            <w:proofErr w:type="spellEnd"/>
            <w:r>
              <w:t xml:space="preserve">, </w:t>
            </w:r>
            <w:proofErr w:type="spellStart"/>
            <w:r>
              <w:t>hogy</w:t>
            </w:r>
            <w:proofErr w:type="spellEnd"/>
            <w:r>
              <w:t xml:space="preserve"> </w:t>
            </w:r>
            <w:proofErr w:type="spellStart"/>
            <w:r>
              <w:t>személyes</w:t>
            </w:r>
            <w:proofErr w:type="spellEnd"/>
            <w:r>
              <w:t xml:space="preserve"> </w:t>
            </w:r>
            <w:proofErr w:type="spellStart"/>
            <w:r>
              <w:t>adatait</w:t>
            </w:r>
            <w:proofErr w:type="spellEnd"/>
            <w:r>
              <w:t xml:space="preserve"> </w:t>
            </w:r>
            <w:proofErr w:type="spellStart"/>
            <w:r>
              <w:t>Bérbeadó</w:t>
            </w:r>
            <w:proofErr w:type="spellEnd"/>
            <w:r>
              <w:t xml:space="preserve"> </w:t>
            </w:r>
            <w:proofErr w:type="spellStart"/>
            <w:r>
              <w:t>megismerhesse</w:t>
            </w:r>
            <w:proofErr w:type="spellEnd"/>
            <w:r>
              <w:t xml:space="preserve"> </w:t>
            </w:r>
            <w:proofErr w:type="spellStart"/>
            <w:r>
              <w:t>és</w:t>
            </w:r>
            <w:proofErr w:type="spellEnd"/>
            <w:r>
              <w:t xml:space="preserve"> </w:t>
            </w:r>
            <w:proofErr w:type="spellStart"/>
            <w:r>
              <w:t>kezelhesse</w:t>
            </w:r>
            <w:proofErr w:type="spellEnd"/>
            <w:r>
              <w:t xml:space="preserve">. A </w:t>
            </w:r>
            <w:proofErr w:type="spellStart"/>
            <w:r>
              <w:t>kezelt</w:t>
            </w:r>
            <w:proofErr w:type="spellEnd"/>
            <w:r>
              <w:t xml:space="preserve"> </w:t>
            </w:r>
            <w:proofErr w:type="spellStart"/>
            <w:r>
              <w:t>adatok</w:t>
            </w:r>
            <w:proofErr w:type="spellEnd"/>
            <w:r>
              <w:t xml:space="preserve"> </w:t>
            </w:r>
            <w:proofErr w:type="spellStart"/>
            <w:r>
              <w:t>köre</w:t>
            </w:r>
            <w:proofErr w:type="spellEnd"/>
            <w:r>
              <w:t xml:space="preserve"> </w:t>
            </w:r>
            <w:proofErr w:type="spellStart"/>
            <w:r>
              <w:t>az</w:t>
            </w:r>
            <w:proofErr w:type="spellEnd"/>
            <w:r>
              <w:t xml:space="preserve"> </w:t>
            </w:r>
            <w:proofErr w:type="spellStart"/>
            <w:r>
              <w:t>alábbi</w:t>
            </w:r>
            <w:proofErr w:type="spellEnd"/>
            <w:r>
              <w:t xml:space="preserve"> </w:t>
            </w:r>
            <w:proofErr w:type="spellStart"/>
            <w:r>
              <w:t>dokumentumokban</w:t>
            </w:r>
            <w:proofErr w:type="spellEnd"/>
            <w:r>
              <w:t xml:space="preserve"> </w:t>
            </w:r>
            <w:proofErr w:type="spellStart"/>
            <w:r>
              <w:t>szereplő</w:t>
            </w:r>
            <w:proofErr w:type="spellEnd"/>
            <w:r>
              <w:t xml:space="preserve"> </w:t>
            </w:r>
            <w:proofErr w:type="spellStart"/>
            <w:r>
              <w:t>adatok</w:t>
            </w:r>
            <w:proofErr w:type="spellEnd"/>
            <w:r>
              <w:t xml:space="preserve">: </w:t>
            </w:r>
            <w:proofErr w:type="spellStart"/>
            <w:r>
              <w:lastRenderedPageBreak/>
              <w:t>személyi</w:t>
            </w:r>
            <w:proofErr w:type="spellEnd"/>
            <w:r>
              <w:t xml:space="preserve"> </w:t>
            </w:r>
            <w:proofErr w:type="spellStart"/>
            <w:r>
              <w:t>igazolvány</w:t>
            </w:r>
            <w:proofErr w:type="spellEnd"/>
            <w:r>
              <w:t xml:space="preserve">, </w:t>
            </w:r>
            <w:proofErr w:type="spellStart"/>
            <w:r>
              <w:t>útlevél</w:t>
            </w:r>
            <w:proofErr w:type="spellEnd"/>
            <w:r>
              <w:t xml:space="preserve">, </w:t>
            </w:r>
            <w:proofErr w:type="spellStart"/>
            <w:r>
              <w:t>lakcímkártya</w:t>
            </w:r>
            <w:proofErr w:type="spellEnd"/>
            <w:r>
              <w:t xml:space="preserve">, </w:t>
            </w:r>
            <w:proofErr w:type="spellStart"/>
            <w:r>
              <w:t>jogosítvány</w:t>
            </w:r>
            <w:proofErr w:type="spellEnd"/>
            <w:r>
              <w:t xml:space="preserve">. A </w:t>
            </w:r>
            <w:proofErr w:type="spellStart"/>
            <w:r>
              <w:t>Szerződéssel</w:t>
            </w:r>
            <w:proofErr w:type="spellEnd"/>
            <w:r>
              <w:t xml:space="preserve"> </w:t>
            </w:r>
            <w:proofErr w:type="spellStart"/>
            <w:r>
              <w:t>szorosan</w:t>
            </w:r>
            <w:proofErr w:type="spellEnd"/>
            <w:r>
              <w:t xml:space="preserve"> </w:t>
            </w:r>
            <w:proofErr w:type="spellStart"/>
            <w:r>
              <w:t>összefüggő</w:t>
            </w:r>
            <w:proofErr w:type="spellEnd"/>
            <w:r>
              <w:t xml:space="preserve"> </w:t>
            </w:r>
            <w:proofErr w:type="spellStart"/>
            <w:r>
              <w:t>adatok</w:t>
            </w:r>
            <w:proofErr w:type="spellEnd"/>
            <w:r>
              <w:t xml:space="preserve"> </w:t>
            </w:r>
            <w:proofErr w:type="spellStart"/>
            <w:r>
              <w:t>továbbítása</w:t>
            </w:r>
            <w:proofErr w:type="spellEnd"/>
            <w:r>
              <w:t xml:space="preserve"> a </w:t>
            </w:r>
            <w:proofErr w:type="spellStart"/>
            <w:r>
              <w:t>hatóságok</w:t>
            </w:r>
            <w:proofErr w:type="spellEnd"/>
            <w:r>
              <w:t xml:space="preserve"> </w:t>
            </w:r>
            <w:proofErr w:type="spellStart"/>
            <w:r>
              <w:t>részére</w:t>
            </w:r>
            <w:proofErr w:type="spellEnd"/>
            <w:r>
              <w:t xml:space="preserve"> </w:t>
            </w:r>
            <w:proofErr w:type="spellStart"/>
            <w:r>
              <w:t>jogszabályi</w:t>
            </w:r>
            <w:proofErr w:type="spellEnd"/>
            <w:r>
              <w:t xml:space="preserve"> </w:t>
            </w:r>
            <w:proofErr w:type="spellStart"/>
            <w:r>
              <w:t>kötelezettségen</w:t>
            </w:r>
            <w:proofErr w:type="spellEnd"/>
            <w:r>
              <w:t xml:space="preserve"> </w:t>
            </w:r>
            <w:proofErr w:type="spellStart"/>
            <w:r>
              <w:t>alapul</w:t>
            </w:r>
            <w:proofErr w:type="spellEnd"/>
            <w:r>
              <w:t xml:space="preserve">. Az </w:t>
            </w:r>
            <w:proofErr w:type="spellStart"/>
            <w:r>
              <w:t>adatkezelés</w:t>
            </w:r>
            <w:proofErr w:type="spellEnd"/>
            <w:r>
              <w:t xml:space="preserve"> </w:t>
            </w:r>
            <w:proofErr w:type="spellStart"/>
            <w:r>
              <w:t>időtartama</w:t>
            </w:r>
            <w:proofErr w:type="spellEnd"/>
            <w:r>
              <w:t xml:space="preserve"> </w:t>
            </w:r>
            <w:proofErr w:type="spellStart"/>
            <w:r>
              <w:t>szintén</w:t>
            </w:r>
            <w:proofErr w:type="spellEnd"/>
            <w:r>
              <w:t xml:space="preserve"> </w:t>
            </w:r>
            <w:proofErr w:type="spellStart"/>
            <w:r>
              <w:t>jogszabályi</w:t>
            </w:r>
            <w:proofErr w:type="spellEnd"/>
            <w:r>
              <w:t xml:space="preserve"> </w:t>
            </w:r>
            <w:proofErr w:type="spellStart"/>
            <w:r>
              <w:t>kötelezettségen</w:t>
            </w:r>
            <w:proofErr w:type="spellEnd"/>
            <w:r>
              <w:t xml:space="preserve"> </w:t>
            </w:r>
            <w:proofErr w:type="spellStart"/>
            <w:r>
              <w:t>alapul</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14301F4" w14:textId="77777777" w:rsidR="00BA1BB4" w:rsidRDefault="00000000">
            <w:pPr>
              <w:spacing w:after="0" w:line="240" w:lineRule="auto"/>
            </w:pPr>
            <w:r>
              <w:lastRenderedPageBreak/>
              <w:t>6.5</w:t>
            </w:r>
            <w:r>
              <w:tab/>
              <w:t xml:space="preserve">By signing this Contract, the Lessee expressly consents to the Lessor becoming acquainted with and processing the Lessee's personal data. The scope of the processed data is the data contained in </w:t>
            </w:r>
            <w:r>
              <w:lastRenderedPageBreak/>
              <w:t xml:space="preserve">the following documents: ID card, passport, address card, driving </w:t>
            </w:r>
            <w:proofErr w:type="spellStart"/>
            <w:r>
              <w:t>licence</w:t>
            </w:r>
            <w:proofErr w:type="spellEnd"/>
            <w:r>
              <w:t>. Transfer of data closely related to the Contract to the authorities is based on a legal obligation. The duration of data processing is likewise based on a legal obligation.</w:t>
            </w:r>
          </w:p>
        </w:tc>
      </w:tr>
      <w:tr w:rsidR="00BA1BB4" w14:paraId="7F63012A"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943C788" w14:textId="77777777" w:rsidR="00BA1BB4" w:rsidRDefault="00000000">
            <w:pPr>
              <w:spacing w:after="0" w:line="240" w:lineRule="auto"/>
            </w:pPr>
            <w:r>
              <w:lastRenderedPageBreak/>
              <w:t>6.6</w:t>
            </w:r>
            <w:r>
              <w:tab/>
              <w:t xml:space="preserve">Az </w:t>
            </w:r>
            <w:proofErr w:type="spellStart"/>
            <w:r>
              <w:t>adatkezelő</w:t>
            </w:r>
            <w:proofErr w:type="spellEnd"/>
            <w:r>
              <w:t xml:space="preserve"> </w:t>
            </w:r>
            <w:proofErr w:type="spellStart"/>
            <w:r>
              <w:t>szervezet</w:t>
            </w:r>
            <w:proofErr w:type="spellEnd"/>
            <w:r>
              <w:t xml:space="preserve">: HTR Rent Kft. (2011 </w:t>
            </w:r>
            <w:proofErr w:type="spellStart"/>
            <w:r>
              <w:t>Budakalász</w:t>
            </w:r>
            <w:proofErr w:type="spellEnd"/>
            <w:r>
              <w:t xml:space="preserve">, </w:t>
            </w:r>
            <w:proofErr w:type="spellStart"/>
            <w:r>
              <w:t>Kanonok</w:t>
            </w:r>
            <w:proofErr w:type="spellEnd"/>
            <w:r>
              <w:t xml:space="preserve"> </w:t>
            </w:r>
            <w:proofErr w:type="spellStart"/>
            <w:r>
              <w:t>utca</w:t>
            </w:r>
            <w:proofErr w:type="spellEnd"/>
            <w:r>
              <w:t xml:space="preserve"> 7, </w:t>
            </w:r>
            <w:proofErr w:type="spellStart"/>
            <w:r>
              <w:t>adósz</w:t>
            </w:r>
            <w:proofErr w:type="spellEnd"/>
            <w:r>
              <w:t>: 32029037-1-13)</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84A8F2A" w14:textId="77777777" w:rsidR="00BA1BB4" w:rsidRDefault="00000000">
            <w:pPr>
              <w:spacing w:after="0" w:line="240" w:lineRule="auto"/>
            </w:pPr>
            <w:r>
              <w:t>6.6</w:t>
            </w:r>
            <w:r>
              <w:tab/>
              <w:t xml:space="preserve">The data controller </w:t>
            </w:r>
            <w:proofErr w:type="spellStart"/>
            <w:r>
              <w:t>organisation</w:t>
            </w:r>
            <w:proofErr w:type="spellEnd"/>
            <w:r>
              <w:t xml:space="preserve">: HTR Rent Kft. (7 </w:t>
            </w:r>
            <w:proofErr w:type="spellStart"/>
            <w:r>
              <w:t>Kanonok</w:t>
            </w:r>
            <w:proofErr w:type="spellEnd"/>
            <w:r>
              <w:t xml:space="preserve"> Street, </w:t>
            </w:r>
            <w:proofErr w:type="spellStart"/>
            <w:r>
              <w:t>Budakalász</w:t>
            </w:r>
            <w:proofErr w:type="spellEnd"/>
            <w:r>
              <w:t xml:space="preserve"> 2011, tax no.: 32029037-1-13)</w:t>
            </w:r>
          </w:p>
        </w:tc>
      </w:tr>
      <w:tr w:rsidR="00BA1BB4" w14:paraId="55535E0A"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430B055" w14:textId="77777777" w:rsidR="00BA1BB4" w:rsidRDefault="00000000">
            <w:pPr>
              <w:spacing w:after="0" w:line="240" w:lineRule="auto"/>
            </w:pPr>
            <w:r>
              <w:t>6.7</w:t>
            </w:r>
            <w:r>
              <w:tab/>
            </w:r>
            <w:proofErr w:type="spellStart"/>
            <w:r>
              <w:t>Alulírott</w:t>
            </w:r>
            <w:proofErr w:type="spellEnd"/>
            <w:r>
              <w:t xml:space="preserve"> </w:t>
            </w:r>
            <w:proofErr w:type="spellStart"/>
            <w:r>
              <w:t>tudomásul</w:t>
            </w:r>
            <w:proofErr w:type="spellEnd"/>
            <w:r>
              <w:t xml:space="preserve"> </w:t>
            </w:r>
            <w:proofErr w:type="spellStart"/>
            <w:r>
              <w:t>veszem</w:t>
            </w:r>
            <w:proofErr w:type="spellEnd"/>
            <w:r>
              <w:t xml:space="preserve">, </w:t>
            </w:r>
            <w:proofErr w:type="spellStart"/>
            <w:r>
              <w:t>hogy</w:t>
            </w:r>
            <w:proofErr w:type="spellEnd"/>
            <w:r>
              <w:t xml:space="preserve"> </w:t>
            </w:r>
            <w:proofErr w:type="spellStart"/>
            <w:r>
              <w:t>adataimat</w:t>
            </w:r>
            <w:proofErr w:type="spellEnd"/>
            <w:r>
              <w:t xml:space="preserve"> </w:t>
            </w:r>
            <w:proofErr w:type="spellStart"/>
            <w:r>
              <w:t>az</w:t>
            </w:r>
            <w:proofErr w:type="spellEnd"/>
            <w:r>
              <w:t xml:space="preserve"> </w:t>
            </w:r>
            <w:proofErr w:type="spellStart"/>
            <w:r>
              <w:t>adatkezelő</w:t>
            </w:r>
            <w:proofErr w:type="spellEnd"/>
            <w:r>
              <w:t xml:space="preserve"> </w:t>
            </w:r>
            <w:proofErr w:type="spellStart"/>
            <w:r>
              <w:t>szervezet</w:t>
            </w:r>
            <w:proofErr w:type="spellEnd"/>
            <w:r>
              <w:t xml:space="preserve"> </w:t>
            </w:r>
            <w:proofErr w:type="spellStart"/>
            <w:r>
              <w:t>alkalmazottai</w:t>
            </w:r>
            <w:proofErr w:type="spellEnd"/>
            <w:r>
              <w:t xml:space="preserve"> </w:t>
            </w:r>
            <w:proofErr w:type="spellStart"/>
            <w:r>
              <w:t>megismerhetik</w:t>
            </w:r>
            <w:proofErr w:type="spellEnd"/>
            <w:r>
              <w:t xml:space="preserve">. </w:t>
            </w:r>
            <w:proofErr w:type="spellStart"/>
            <w:r>
              <w:t>Kijelentem</w:t>
            </w:r>
            <w:proofErr w:type="spellEnd"/>
            <w:r>
              <w:t xml:space="preserve">, </w:t>
            </w:r>
            <w:proofErr w:type="spellStart"/>
            <w:r>
              <w:t>hogy</w:t>
            </w:r>
            <w:proofErr w:type="spellEnd"/>
            <w:r>
              <w:t xml:space="preserve"> </w:t>
            </w:r>
            <w:proofErr w:type="spellStart"/>
            <w:r>
              <w:t>az</w:t>
            </w:r>
            <w:proofErr w:type="spellEnd"/>
            <w:r>
              <w:t xml:space="preserve"> </w:t>
            </w:r>
            <w:proofErr w:type="spellStart"/>
            <w:r>
              <w:t>adatkezelési</w:t>
            </w:r>
            <w:proofErr w:type="spellEnd"/>
            <w:r>
              <w:t xml:space="preserve"> </w:t>
            </w:r>
            <w:proofErr w:type="spellStart"/>
            <w:r>
              <w:t>hozzájárulásomat</w:t>
            </w:r>
            <w:proofErr w:type="spellEnd"/>
            <w:r>
              <w:t xml:space="preserve"> </w:t>
            </w:r>
            <w:proofErr w:type="spellStart"/>
            <w:r>
              <w:t>önként</w:t>
            </w:r>
            <w:proofErr w:type="spellEnd"/>
            <w:r>
              <w:t xml:space="preserve">, </w:t>
            </w:r>
            <w:proofErr w:type="spellStart"/>
            <w:r>
              <w:t>az</w:t>
            </w:r>
            <w:proofErr w:type="spellEnd"/>
            <w:r>
              <w:t xml:space="preserve"> </w:t>
            </w:r>
            <w:proofErr w:type="spellStart"/>
            <w:r>
              <w:t>adatkezelési</w:t>
            </w:r>
            <w:proofErr w:type="spellEnd"/>
            <w:r>
              <w:t xml:space="preserve"> </w:t>
            </w:r>
            <w:proofErr w:type="spellStart"/>
            <w:r>
              <w:t>cél</w:t>
            </w:r>
            <w:proofErr w:type="spellEnd"/>
            <w:r>
              <w:t xml:space="preserve"> </w:t>
            </w:r>
            <w:proofErr w:type="spellStart"/>
            <w:r>
              <w:t>megvalósulása</w:t>
            </w:r>
            <w:proofErr w:type="spellEnd"/>
            <w:r>
              <w:t xml:space="preserve"> </w:t>
            </w:r>
            <w:proofErr w:type="spellStart"/>
            <w:r>
              <w:t>érdekében</w:t>
            </w:r>
            <w:proofErr w:type="spellEnd"/>
            <w:r>
              <w:t xml:space="preserve"> </w:t>
            </w:r>
            <w:proofErr w:type="spellStart"/>
            <w:r>
              <w:t>adtam</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AE95AF6" w14:textId="77777777" w:rsidR="00BA1BB4" w:rsidRDefault="00000000">
            <w:pPr>
              <w:spacing w:after="0" w:line="240" w:lineRule="auto"/>
            </w:pPr>
            <w:r>
              <w:t>6.7</w:t>
            </w:r>
            <w:r>
              <w:tab/>
              <w:t xml:space="preserve">I, the undersigned, acknowledge that my data may be accessed by the employees of the data controller </w:t>
            </w:r>
            <w:proofErr w:type="spellStart"/>
            <w:r>
              <w:t>organisation</w:t>
            </w:r>
            <w:proofErr w:type="spellEnd"/>
            <w:r>
              <w:t>. I declare that I have given my consent to data processing voluntarily for the purpose of achieving the purpose of data processing.</w:t>
            </w:r>
          </w:p>
        </w:tc>
      </w:tr>
      <w:tr w:rsidR="00BA1BB4" w14:paraId="7244036C"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A4B9B31" w14:textId="77777777" w:rsidR="00BA1BB4" w:rsidRDefault="00000000">
            <w:pPr>
              <w:spacing w:after="0" w:line="240" w:lineRule="auto"/>
            </w:pPr>
            <w:r>
              <w:t>6.8</w:t>
            </w:r>
            <w:r>
              <w:tab/>
              <w:t xml:space="preserve">A </w:t>
            </w:r>
            <w:proofErr w:type="spellStart"/>
            <w:r>
              <w:t>jelen</w:t>
            </w:r>
            <w:proofErr w:type="spellEnd"/>
            <w:r>
              <w:t xml:space="preserve"> </w:t>
            </w:r>
            <w:proofErr w:type="spellStart"/>
            <w:r>
              <w:t>Szerződésben</w:t>
            </w:r>
            <w:proofErr w:type="spellEnd"/>
            <w:r>
              <w:t xml:space="preserve"> nem </w:t>
            </w:r>
            <w:proofErr w:type="spellStart"/>
            <w:r>
              <w:t>szabályozott</w:t>
            </w:r>
            <w:proofErr w:type="spellEnd"/>
            <w:r>
              <w:t xml:space="preserve"> </w:t>
            </w:r>
            <w:proofErr w:type="spellStart"/>
            <w:r>
              <w:t>kérdésekben</w:t>
            </w:r>
            <w:proofErr w:type="spellEnd"/>
            <w:r>
              <w:t xml:space="preserve"> a </w:t>
            </w:r>
            <w:proofErr w:type="spellStart"/>
            <w:r>
              <w:t>mindenkor</w:t>
            </w:r>
            <w:proofErr w:type="spellEnd"/>
            <w:r>
              <w:t xml:space="preserve"> </w:t>
            </w:r>
            <w:proofErr w:type="spellStart"/>
            <w:r>
              <w:t>hatályos</w:t>
            </w:r>
            <w:proofErr w:type="spellEnd"/>
            <w:r>
              <w:t xml:space="preserve"> </w:t>
            </w:r>
            <w:proofErr w:type="spellStart"/>
            <w:r>
              <w:t>Ptk</w:t>
            </w:r>
            <w:proofErr w:type="spellEnd"/>
            <w:r>
              <w:t xml:space="preserve">. </w:t>
            </w:r>
            <w:proofErr w:type="spellStart"/>
            <w:r>
              <w:t>az</w:t>
            </w:r>
            <w:proofErr w:type="spellEnd"/>
            <w:r>
              <w:t xml:space="preserve"> </w:t>
            </w:r>
            <w:proofErr w:type="spellStart"/>
            <w:r>
              <w:t>irányadó</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18DA6C7" w14:textId="77777777" w:rsidR="00BA1BB4" w:rsidRDefault="00000000">
            <w:pPr>
              <w:spacing w:after="0" w:line="240" w:lineRule="auto"/>
            </w:pPr>
            <w:r>
              <w:t>6.8</w:t>
            </w:r>
            <w:r>
              <w:tab/>
              <w:t xml:space="preserve">In matters not regulated in this Contract, the provisions of the Civil Code in force </w:t>
            </w:r>
            <w:proofErr w:type="gramStart"/>
            <w:r>
              <w:t>at all times</w:t>
            </w:r>
            <w:proofErr w:type="gramEnd"/>
            <w:r>
              <w:t xml:space="preserve"> shall apply.</w:t>
            </w:r>
          </w:p>
        </w:tc>
      </w:tr>
      <w:tr w:rsidR="00BA1BB4" w14:paraId="07E88769" w14:textId="77777777" w:rsidTr="004D2E6C">
        <w:trPr>
          <w:jc w:val="center"/>
        </w:trPr>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6442BFD" w14:textId="77777777" w:rsidR="00BA1BB4" w:rsidRDefault="00000000">
            <w:pPr>
              <w:spacing w:after="0" w:line="240" w:lineRule="auto"/>
            </w:pPr>
            <w:r>
              <w:t>6.9</w:t>
            </w:r>
            <w:r>
              <w:tab/>
            </w:r>
            <w:proofErr w:type="spellStart"/>
            <w:r>
              <w:t>Szerződő</w:t>
            </w:r>
            <w:proofErr w:type="spellEnd"/>
            <w:r>
              <w:t xml:space="preserve"> </w:t>
            </w:r>
            <w:proofErr w:type="spellStart"/>
            <w:r>
              <w:t>felek</w:t>
            </w:r>
            <w:proofErr w:type="spellEnd"/>
            <w:r>
              <w:t xml:space="preserve"> </w:t>
            </w:r>
            <w:proofErr w:type="spellStart"/>
            <w:r>
              <w:t>egybehangzóan</w:t>
            </w:r>
            <w:proofErr w:type="spellEnd"/>
            <w:r>
              <w:t xml:space="preserve"> </w:t>
            </w:r>
            <w:proofErr w:type="spellStart"/>
            <w:r>
              <w:t>kijelentik</w:t>
            </w:r>
            <w:proofErr w:type="spellEnd"/>
            <w:r>
              <w:t xml:space="preserve">, </w:t>
            </w:r>
            <w:proofErr w:type="spellStart"/>
            <w:r>
              <w:t>hogy</w:t>
            </w:r>
            <w:proofErr w:type="spellEnd"/>
            <w:r>
              <w:t xml:space="preserve"> </w:t>
            </w:r>
            <w:proofErr w:type="spellStart"/>
            <w:r>
              <w:t>jelen</w:t>
            </w:r>
            <w:proofErr w:type="spellEnd"/>
            <w:r>
              <w:t xml:space="preserve"> </w:t>
            </w:r>
            <w:proofErr w:type="spellStart"/>
            <w:r>
              <w:t>Szerződés</w:t>
            </w:r>
            <w:proofErr w:type="spellEnd"/>
            <w:r>
              <w:t xml:space="preserve"> </w:t>
            </w:r>
            <w:proofErr w:type="spellStart"/>
            <w:r>
              <w:t>teljeskörűen</w:t>
            </w:r>
            <w:proofErr w:type="spellEnd"/>
            <w:r>
              <w:t xml:space="preserve">, </w:t>
            </w:r>
            <w:proofErr w:type="spellStart"/>
            <w:r>
              <w:t>hiánytalanul</w:t>
            </w:r>
            <w:proofErr w:type="spellEnd"/>
            <w:r>
              <w:t xml:space="preserve"> </w:t>
            </w:r>
            <w:proofErr w:type="spellStart"/>
            <w:r>
              <w:t>és</w:t>
            </w:r>
            <w:proofErr w:type="spellEnd"/>
            <w:r>
              <w:t xml:space="preserve"> </w:t>
            </w:r>
            <w:proofErr w:type="spellStart"/>
            <w:r>
              <w:t>egybehangzóan</w:t>
            </w:r>
            <w:proofErr w:type="spellEnd"/>
            <w:r>
              <w:t xml:space="preserve">, </w:t>
            </w:r>
            <w:proofErr w:type="spellStart"/>
            <w:r>
              <w:t>valamint</w:t>
            </w:r>
            <w:proofErr w:type="spellEnd"/>
            <w:r>
              <w:t xml:space="preserve"> </w:t>
            </w:r>
            <w:proofErr w:type="spellStart"/>
            <w:r>
              <w:t>helyesen</w:t>
            </w:r>
            <w:proofErr w:type="spellEnd"/>
            <w:r>
              <w:t xml:space="preserve"> </w:t>
            </w:r>
            <w:proofErr w:type="spellStart"/>
            <w:r>
              <w:t>tartalmazza</w:t>
            </w:r>
            <w:proofErr w:type="spellEnd"/>
            <w:r>
              <w:t xml:space="preserve"> </w:t>
            </w:r>
            <w:proofErr w:type="spellStart"/>
            <w:r>
              <w:t>előzetes</w:t>
            </w:r>
            <w:proofErr w:type="spellEnd"/>
            <w:r>
              <w:t xml:space="preserve"> </w:t>
            </w:r>
            <w:proofErr w:type="spellStart"/>
            <w:r>
              <w:t>tárgyalásaik</w:t>
            </w:r>
            <w:proofErr w:type="spellEnd"/>
            <w:r>
              <w:t xml:space="preserve"> </w:t>
            </w:r>
            <w:proofErr w:type="spellStart"/>
            <w:r>
              <w:t>és</w:t>
            </w:r>
            <w:proofErr w:type="spellEnd"/>
            <w:r>
              <w:t xml:space="preserve"> </w:t>
            </w:r>
            <w:proofErr w:type="spellStart"/>
            <w:r>
              <w:t>egyeztetéseik</w:t>
            </w:r>
            <w:proofErr w:type="spellEnd"/>
            <w:r>
              <w:t xml:space="preserve"> </w:t>
            </w:r>
            <w:proofErr w:type="spellStart"/>
            <w:r>
              <w:t>során</w:t>
            </w:r>
            <w:proofErr w:type="spellEnd"/>
            <w:r>
              <w:t xml:space="preserve"> </w:t>
            </w:r>
            <w:proofErr w:type="spellStart"/>
            <w:r>
              <w:t>kölcsönösen</w:t>
            </w:r>
            <w:proofErr w:type="spellEnd"/>
            <w:r>
              <w:t xml:space="preserve"> </w:t>
            </w:r>
            <w:proofErr w:type="spellStart"/>
            <w:r>
              <w:t>kialakított</w:t>
            </w:r>
            <w:proofErr w:type="spellEnd"/>
            <w:r>
              <w:t xml:space="preserve"> </w:t>
            </w:r>
            <w:proofErr w:type="spellStart"/>
            <w:r>
              <w:t>szerződéses</w:t>
            </w:r>
            <w:proofErr w:type="spellEnd"/>
            <w:r>
              <w:t xml:space="preserve"> </w:t>
            </w:r>
            <w:proofErr w:type="spellStart"/>
            <w:r>
              <w:t>akaratukat</w:t>
            </w:r>
            <w:proofErr w:type="spellEnd"/>
            <w:r>
              <w:t xml:space="preserve">, </w:t>
            </w:r>
            <w:proofErr w:type="spellStart"/>
            <w:r>
              <w:t>amely</w:t>
            </w:r>
            <w:proofErr w:type="spellEnd"/>
            <w:r>
              <w:t xml:space="preserve"> a </w:t>
            </w:r>
            <w:proofErr w:type="spellStart"/>
            <w:r>
              <w:t>jelen</w:t>
            </w:r>
            <w:proofErr w:type="spellEnd"/>
            <w:r>
              <w:t xml:space="preserve"> </w:t>
            </w:r>
            <w:proofErr w:type="spellStart"/>
            <w:r>
              <w:t>Szerződésben</w:t>
            </w:r>
            <w:proofErr w:type="spellEnd"/>
            <w:r>
              <w:t xml:space="preserve"> </w:t>
            </w:r>
            <w:proofErr w:type="spellStart"/>
            <w:r>
              <w:t>foglalt</w:t>
            </w:r>
            <w:proofErr w:type="spellEnd"/>
            <w:r>
              <w:t xml:space="preserve"> </w:t>
            </w:r>
            <w:proofErr w:type="spellStart"/>
            <w:r>
              <w:t>nyilatkozataikkal</w:t>
            </w:r>
            <w:proofErr w:type="spellEnd"/>
            <w:r>
              <w:t xml:space="preserve"> </w:t>
            </w:r>
            <w:proofErr w:type="spellStart"/>
            <w:r>
              <w:t>mindenben</w:t>
            </w:r>
            <w:proofErr w:type="spellEnd"/>
            <w:r>
              <w:t xml:space="preserve"> </w:t>
            </w:r>
            <w:proofErr w:type="spellStart"/>
            <w:r>
              <w:t>megegyezik</w:t>
            </w:r>
            <w:proofErr w:type="spellEnd"/>
            <w:r>
              <w:t xml:space="preserve">. </w:t>
            </w:r>
            <w:proofErr w:type="spellStart"/>
            <w:r>
              <w:t>Szerződő</w:t>
            </w:r>
            <w:proofErr w:type="spellEnd"/>
            <w:r>
              <w:t xml:space="preserve"> </w:t>
            </w:r>
            <w:proofErr w:type="spellStart"/>
            <w:r>
              <w:t>felek</w:t>
            </w:r>
            <w:proofErr w:type="spellEnd"/>
            <w:r>
              <w:t xml:space="preserve"> </w:t>
            </w:r>
            <w:proofErr w:type="spellStart"/>
            <w:r>
              <w:t>jelen</w:t>
            </w:r>
            <w:proofErr w:type="spellEnd"/>
            <w:r>
              <w:t xml:space="preserve"> </w:t>
            </w:r>
            <w:proofErr w:type="spellStart"/>
            <w:r>
              <w:t>Szerződést</w:t>
            </w:r>
            <w:proofErr w:type="spellEnd"/>
            <w:r>
              <w:t xml:space="preserve"> </w:t>
            </w:r>
            <w:proofErr w:type="spellStart"/>
            <w:r>
              <w:t>elolvasás</w:t>
            </w:r>
            <w:proofErr w:type="spellEnd"/>
            <w:r>
              <w:t xml:space="preserve"> </w:t>
            </w:r>
            <w:proofErr w:type="spellStart"/>
            <w:r>
              <w:t>és</w:t>
            </w:r>
            <w:proofErr w:type="spellEnd"/>
            <w:r>
              <w:t xml:space="preserve"> </w:t>
            </w:r>
            <w:proofErr w:type="spellStart"/>
            <w:r>
              <w:t>értelmezés</w:t>
            </w:r>
            <w:proofErr w:type="spellEnd"/>
            <w:r>
              <w:t xml:space="preserve"> </w:t>
            </w:r>
            <w:proofErr w:type="spellStart"/>
            <w:r>
              <w:t>után</w:t>
            </w:r>
            <w:proofErr w:type="spellEnd"/>
            <w:r>
              <w:t xml:space="preserve">, mint </w:t>
            </w:r>
            <w:proofErr w:type="spellStart"/>
            <w:r>
              <w:t>akaratukkal</w:t>
            </w:r>
            <w:proofErr w:type="spellEnd"/>
            <w:r>
              <w:t xml:space="preserve"> </w:t>
            </w:r>
            <w:proofErr w:type="spellStart"/>
            <w:r>
              <w:t>mindenben</w:t>
            </w:r>
            <w:proofErr w:type="spellEnd"/>
            <w:r>
              <w:t xml:space="preserve"> </w:t>
            </w:r>
            <w:proofErr w:type="spellStart"/>
            <w:r>
              <w:t>egyező</w:t>
            </w:r>
            <w:proofErr w:type="spellEnd"/>
            <w:r>
              <w:t xml:space="preserve"> </w:t>
            </w:r>
            <w:proofErr w:type="spellStart"/>
            <w:r>
              <w:t>dokumentumot</w:t>
            </w:r>
            <w:proofErr w:type="spellEnd"/>
            <w:r>
              <w:t xml:space="preserve">, </w:t>
            </w:r>
            <w:proofErr w:type="spellStart"/>
            <w:r>
              <w:t>jóváhagyólag</w:t>
            </w:r>
            <w:proofErr w:type="spellEnd"/>
            <w:r>
              <w:t xml:space="preserve"> </w:t>
            </w:r>
            <w:proofErr w:type="spellStart"/>
            <w:r>
              <w:t>aláírták</w:t>
            </w:r>
            <w:proofErr w:type="spellEnd"/>
            <w:r>
              <w:t xml:space="preserve">, </w:t>
            </w:r>
            <w:proofErr w:type="spellStart"/>
            <w:r>
              <w:t>és</w:t>
            </w:r>
            <w:proofErr w:type="spellEnd"/>
            <w:r>
              <w:t xml:space="preserve"> </w:t>
            </w:r>
            <w:proofErr w:type="spellStart"/>
            <w:r>
              <w:t>abból</w:t>
            </w:r>
            <w:proofErr w:type="spellEnd"/>
            <w:r>
              <w:t xml:space="preserve"> </w:t>
            </w:r>
            <w:proofErr w:type="spellStart"/>
            <w:r>
              <w:t>egy-egy</w:t>
            </w:r>
            <w:proofErr w:type="spellEnd"/>
            <w:r>
              <w:t xml:space="preserve"> </w:t>
            </w:r>
            <w:proofErr w:type="spellStart"/>
            <w:r>
              <w:t>eredeti</w:t>
            </w:r>
            <w:proofErr w:type="spellEnd"/>
            <w:r>
              <w:t xml:space="preserve">, </w:t>
            </w:r>
            <w:proofErr w:type="spellStart"/>
            <w:r>
              <w:t>aláírt</w:t>
            </w:r>
            <w:proofErr w:type="spellEnd"/>
            <w:r>
              <w:t xml:space="preserve"> </w:t>
            </w:r>
            <w:proofErr w:type="spellStart"/>
            <w:r>
              <w:t>példányt</w:t>
            </w:r>
            <w:proofErr w:type="spellEnd"/>
            <w:r>
              <w:t xml:space="preserve"> </w:t>
            </w:r>
            <w:proofErr w:type="spellStart"/>
            <w:r>
              <w:t>átvettek</w:t>
            </w:r>
            <w:proofErr w:type="spellEnd"/>
            <w:r>
              <w:t>.</w:t>
            </w:r>
          </w:p>
        </w:tc>
        <w:tc>
          <w:tcPr>
            <w:tcW w:w="7739"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0585602" w14:textId="77777777" w:rsidR="00BA1BB4" w:rsidRDefault="00000000">
            <w:pPr>
              <w:spacing w:after="0" w:line="240" w:lineRule="auto"/>
            </w:pPr>
            <w:r>
              <w:t>6.9</w:t>
            </w:r>
            <w:r>
              <w:tab/>
              <w:t>The Contracting Parties unanimously declare that this Contract fully, completely, consistently and correctly contains their contractual intent mutually formed during their prior negotiations and consultations, which fully corresponds to the declarations contained in this Contract. After reading and interpreting this Contract, the Contracting Parties have approved and signed it as a document fully corresponding to their will, and each has received one original signed copy thereof.</w:t>
            </w:r>
          </w:p>
        </w:tc>
      </w:tr>
      <w:tr w:rsidR="00BA1BB4" w14:paraId="396928B8" w14:textId="77777777" w:rsidTr="004D2E6C">
        <w:trPr>
          <w:jc w:val="center"/>
        </w:trPr>
        <w:tc>
          <w:tcPr>
            <w:tcW w:w="7739" w:type="dxa"/>
            <w:tcBorders>
              <w:top w:val="single" w:sz="8" w:space="0" w:color="909090"/>
              <w:left w:val="single" w:sz="8" w:space="0" w:color="909090"/>
              <w:bottom w:val="single" w:sz="8" w:space="0" w:color="909090"/>
              <w:right w:val="single" w:sz="8" w:space="0" w:color="909090"/>
            </w:tcBorders>
            <w:shd w:val="clear" w:color="auto" w:fill="FFF2CC"/>
            <w:tcMar>
              <w:top w:w="100" w:type="dxa"/>
              <w:left w:w="110" w:type="dxa"/>
              <w:bottom w:w="100" w:type="dxa"/>
              <w:right w:w="110" w:type="dxa"/>
            </w:tcMar>
          </w:tcPr>
          <w:p w14:paraId="7E9F8435" w14:textId="77777777" w:rsidR="00BA1BB4" w:rsidRDefault="00000000">
            <w:pPr>
              <w:spacing w:after="0" w:line="240" w:lineRule="auto"/>
            </w:pPr>
            <w:r>
              <w:rPr>
                <w:b/>
              </w:rPr>
              <w:t>6.10</w:t>
            </w:r>
            <w:r>
              <w:rPr>
                <w:b/>
              </w:rPr>
              <w:tab/>
              <w:t xml:space="preserve">Felek </w:t>
            </w:r>
            <w:proofErr w:type="spellStart"/>
            <w:r>
              <w:rPr>
                <w:b/>
              </w:rPr>
              <w:t>rögzítik</w:t>
            </w:r>
            <w:proofErr w:type="spellEnd"/>
            <w:r>
              <w:rPr>
                <w:b/>
              </w:rPr>
              <w:t xml:space="preserve">, </w:t>
            </w:r>
            <w:proofErr w:type="spellStart"/>
            <w:r>
              <w:rPr>
                <w:b/>
              </w:rPr>
              <w:t>hogy</w:t>
            </w:r>
            <w:proofErr w:type="spellEnd"/>
            <w:r>
              <w:rPr>
                <w:b/>
              </w:rPr>
              <w:t xml:space="preserve"> </w:t>
            </w:r>
            <w:proofErr w:type="spellStart"/>
            <w:r>
              <w:rPr>
                <w:b/>
              </w:rPr>
              <w:t>bármely</w:t>
            </w:r>
            <w:proofErr w:type="spellEnd"/>
            <w:r>
              <w:rPr>
                <w:b/>
              </w:rPr>
              <w:t xml:space="preserve"> </w:t>
            </w:r>
            <w:proofErr w:type="spellStart"/>
            <w:r>
              <w:rPr>
                <w:b/>
              </w:rPr>
              <w:t>értelmezési</w:t>
            </w:r>
            <w:proofErr w:type="spellEnd"/>
            <w:r>
              <w:rPr>
                <w:b/>
              </w:rPr>
              <w:t xml:space="preserve"> </w:t>
            </w:r>
            <w:proofErr w:type="spellStart"/>
            <w:r>
              <w:rPr>
                <w:b/>
              </w:rPr>
              <w:t>eltérés</w:t>
            </w:r>
            <w:proofErr w:type="spellEnd"/>
            <w:r>
              <w:rPr>
                <w:b/>
              </w:rPr>
              <w:t xml:space="preserve"> </w:t>
            </w:r>
            <w:proofErr w:type="spellStart"/>
            <w:r>
              <w:rPr>
                <w:b/>
              </w:rPr>
              <w:t>vagy</w:t>
            </w:r>
            <w:proofErr w:type="spellEnd"/>
            <w:r>
              <w:rPr>
                <w:b/>
              </w:rPr>
              <w:t xml:space="preserve"> </w:t>
            </w:r>
            <w:proofErr w:type="spellStart"/>
            <w:r>
              <w:rPr>
                <w:b/>
              </w:rPr>
              <w:t>félreértés</w:t>
            </w:r>
            <w:proofErr w:type="spellEnd"/>
            <w:r>
              <w:rPr>
                <w:b/>
              </w:rPr>
              <w:t xml:space="preserve"> </w:t>
            </w:r>
            <w:proofErr w:type="spellStart"/>
            <w:r>
              <w:rPr>
                <w:b/>
              </w:rPr>
              <w:t>esetén</w:t>
            </w:r>
            <w:proofErr w:type="spellEnd"/>
            <w:r>
              <w:rPr>
                <w:b/>
              </w:rPr>
              <w:t xml:space="preserve"> a </w:t>
            </w:r>
            <w:proofErr w:type="spellStart"/>
            <w:r>
              <w:rPr>
                <w:b/>
              </w:rPr>
              <w:t>jelen</w:t>
            </w:r>
            <w:proofErr w:type="spellEnd"/>
            <w:r>
              <w:rPr>
                <w:b/>
              </w:rPr>
              <w:t xml:space="preserve"> </w:t>
            </w:r>
            <w:proofErr w:type="spellStart"/>
            <w:r>
              <w:rPr>
                <w:b/>
              </w:rPr>
              <w:t>Szerződés</w:t>
            </w:r>
            <w:proofErr w:type="spellEnd"/>
            <w:r>
              <w:rPr>
                <w:b/>
              </w:rPr>
              <w:t xml:space="preserve"> </w:t>
            </w:r>
            <w:proofErr w:type="spellStart"/>
            <w:r>
              <w:rPr>
                <w:b/>
              </w:rPr>
              <w:t>magyar</w:t>
            </w:r>
            <w:proofErr w:type="spellEnd"/>
            <w:r>
              <w:rPr>
                <w:b/>
              </w:rPr>
              <w:t xml:space="preserve"> </w:t>
            </w:r>
            <w:proofErr w:type="spellStart"/>
            <w:r>
              <w:rPr>
                <w:b/>
              </w:rPr>
              <w:t>nyelvű</w:t>
            </w:r>
            <w:proofErr w:type="spellEnd"/>
            <w:r>
              <w:rPr>
                <w:b/>
              </w:rPr>
              <w:t xml:space="preserve"> </w:t>
            </w:r>
            <w:proofErr w:type="spellStart"/>
            <w:r>
              <w:rPr>
                <w:b/>
              </w:rPr>
              <w:t>változata</w:t>
            </w:r>
            <w:proofErr w:type="spellEnd"/>
            <w:r>
              <w:rPr>
                <w:b/>
              </w:rPr>
              <w:t xml:space="preserve"> </w:t>
            </w:r>
            <w:proofErr w:type="spellStart"/>
            <w:r>
              <w:rPr>
                <w:b/>
              </w:rPr>
              <w:t>az</w:t>
            </w:r>
            <w:proofErr w:type="spellEnd"/>
            <w:r>
              <w:rPr>
                <w:b/>
              </w:rPr>
              <w:t xml:space="preserve"> </w:t>
            </w:r>
            <w:proofErr w:type="spellStart"/>
            <w:r>
              <w:rPr>
                <w:b/>
              </w:rPr>
              <w:t>irányadó</w:t>
            </w:r>
            <w:proofErr w:type="spellEnd"/>
            <w:r>
              <w:rPr>
                <w:b/>
              </w:rPr>
              <w:t>.</w:t>
            </w:r>
          </w:p>
        </w:tc>
        <w:tc>
          <w:tcPr>
            <w:tcW w:w="7739" w:type="dxa"/>
            <w:tcBorders>
              <w:top w:val="single" w:sz="8" w:space="0" w:color="909090"/>
              <w:left w:val="single" w:sz="8" w:space="0" w:color="909090"/>
              <w:bottom w:val="single" w:sz="8" w:space="0" w:color="909090"/>
              <w:right w:val="single" w:sz="8" w:space="0" w:color="909090"/>
            </w:tcBorders>
            <w:shd w:val="clear" w:color="auto" w:fill="FFF2CC"/>
            <w:tcMar>
              <w:top w:w="100" w:type="dxa"/>
              <w:left w:w="110" w:type="dxa"/>
              <w:bottom w:w="100" w:type="dxa"/>
              <w:right w:w="110" w:type="dxa"/>
            </w:tcMar>
          </w:tcPr>
          <w:p w14:paraId="489FE6E1" w14:textId="77777777" w:rsidR="00BA1BB4" w:rsidRDefault="00000000">
            <w:pPr>
              <w:spacing w:after="0" w:line="240" w:lineRule="auto"/>
            </w:pPr>
            <w:r>
              <w:rPr>
                <w:b/>
              </w:rPr>
              <w:t>6.10</w:t>
            </w:r>
            <w:r>
              <w:rPr>
                <w:b/>
              </w:rPr>
              <w:tab/>
              <w:t>The Parties record that in the event of any discrepancy in interpretation or misunderstanding, the Hungarian language version of this Contract shall prevail.</w:t>
            </w:r>
          </w:p>
        </w:tc>
      </w:tr>
      <w:tr w:rsidR="00BA1BB4" w14:paraId="1038247F" w14:textId="77777777" w:rsidTr="004D2E6C">
        <w:trPr>
          <w:jc w:val="center"/>
        </w:trPr>
        <w:tc>
          <w:tcPr>
            <w:tcW w:w="7739"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1002458C" w14:textId="3FAC8628" w:rsidR="009B06CF" w:rsidRDefault="004D2E6C">
            <w:pPr>
              <w:spacing w:after="0"/>
            </w:pPr>
            <w:r>
              <w:t xml:space="preserve">HTR Rent </w:t>
            </w:r>
            <w:proofErr w:type="spellStart"/>
            <w:r>
              <w:t>Korlátolt</w:t>
            </w:r>
            <w:proofErr w:type="spellEnd"/>
            <w:r>
              <w:t xml:space="preserve"> </w:t>
            </w:r>
            <w:proofErr w:type="spellStart"/>
            <w:r>
              <w:t>Felelősségű</w:t>
            </w:r>
            <w:proofErr w:type="spellEnd"/>
            <w:r>
              <w:t xml:space="preserve"> </w:t>
            </w:r>
            <w:proofErr w:type="spellStart"/>
            <w:r>
              <w:t>Társaság</w:t>
            </w:r>
            <w:proofErr w:type="spellEnd"/>
            <w:r>
              <w:br/>
            </w:r>
            <w:proofErr w:type="spellStart"/>
            <w:r>
              <w:t>képviseletében</w:t>
            </w:r>
            <w:proofErr w:type="spellEnd"/>
            <w:r>
              <w:t xml:space="preserve"> </w:t>
            </w:r>
            <w:proofErr w:type="spellStart"/>
            <w:r>
              <w:t>eljár</w:t>
            </w:r>
            <w:proofErr w:type="spellEnd"/>
            <w:r>
              <w:t>:</w:t>
            </w:r>
            <w:r>
              <w:br/>
            </w:r>
            <w:proofErr w:type="spellStart"/>
            <w:r>
              <w:t>Nietsch</w:t>
            </w:r>
            <w:proofErr w:type="spellEnd"/>
            <w:r>
              <w:t xml:space="preserve"> Péter</w:t>
            </w:r>
            <w:r>
              <w:br/>
            </w:r>
            <w:proofErr w:type="spellStart"/>
            <w:r>
              <w:t>ügyvezető</w:t>
            </w:r>
            <w:proofErr w:type="spellEnd"/>
            <w:r>
              <w:t xml:space="preserve"> </w:t>
            </w:r>
            <w:proofErr w:type="spellStart"/>
            <w:r>
              <w:t>önállóan</w:t>
            </w:r>
            <w:proofErr w:type="spellEnd"/>
            <w:r>
              <w:br/>
              <w:t>Bérbeadó/Lessor</w:t>
            </w:r>
          </w:p>
          <w:p w14:paraId="4232C39B" w14:textId="77777777" w:rsidR="009B06CF" w:rsidRDefault="009B06CF">
            <w:pPr>
              <w:spacing w:after="0"/>
            </w:pPr>
          </w:p>
          <w:p w14:paraId="3086F08B" w14:textId="77777777" w:rsidR="009B06CF" w:rsidRDefault="009B06CF">
            <w:pPr>
              <w:spacing w:after="0"/>
            </w:pPr>
          </w:p>
          <w:p w14:paraId="6C132549" w14:textId="77777777" w:rsidR="009B06CF" w:rsidRDefault="009B06CF">
            <w:pPr>
              <w:spacing w:after="0"/>
            </w:pPr>
          </w:p>
          <w:p w14:paraId="358A6073" w14:textId="77777777" w:rsidR="009B06CF" w:rsidRDefault="009B06CF">
            <w:pPr>
              <w:spacing w:after="0"/>
            </w:pPr>
          </w:p>
          <w:p w14:paraId="108A8AB3" w14:textId="77777777" w:rsidR="004D2E6C" w:rsidRDefault="004D2E6C">
            <w:pPr>
              <w:spacing w:after="0"/>
            </w:pPr>
          </w:p>
          <w:p w14:paraId="18A2EA15" w14:textId="35A3CDAE" w:rsidR="00BA1BB4" w:rsidRDefault="00000000">
            <w:pPr>
              <w:spacing w:after="0"/>
            </w:pPr>
            <w:r>
              <w:t>...................................</w:t>
            </w:r>
            <w:r>
              <w:br/>
            </w:r>
            <w:proofErr w:type="spellStart"/>
            <w:r>
              <w:t>B</w:t>
            </w:r>
            <w:r w:rsidR="004D2E6C">
              <w:t>érbeadó</w:t>
            </w:r>
            <w:proofErr w:type="spellEnd"/>
            <w:r w:rsidR="004D2E6C">
              <w:t>/Lessor</w:t>
            </w:r>
          </w:p>
        </w:tc>
        <w:tc>
          <w:tcPr>
            <w:tcW w:w="7739"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5A7920C3" w14:textId="77777777" w:rsidR="009B06CF" w:rsidRDefault="009B06CF">
            <w:pPr>
              <w:spacing w:after="0"/>
            </w:pPr>
          </w:p>
          <w:p w14:paraId="3EBB3AF7" w14:textId="77777777" w:rsidR="00F339AE" w:rsidRDefault="00F339AE">
            <w:pPr>
              <w:spacing w:after="0"/>
            </w:pPr>
          </w:p>
          <w:p w14:paraId="22ACF38D" w14:textId="77777777" w:rsidR="00F339AE" w:rsidRDefault="00F339AE">
            <w:pPr>
              <w:spacing w:after="0"/>
            </w:pPr>
          </w:p>
          <w:p w14:paraId="34E173C2" w14:textId="77777777" w:rsidR="00F339AE" w:rsidRDefault="00F339AE">
            <w:pPr>
              <w:spacing w:after="0"/>
            </w:pPr>
          </w:p>
          <w:p w14:paraId="7324002D" w14:textId="77777777" w:rsidR="00F339AE" w:rsidRDefault="00F339AE">
            <w:pPr>
              <w:spacing w:after="0"/>
            </w:pPr>
          </w:p>
          <w:p w14:paraId="5A899B9C" w14:textId="77777777" w:rsidR="00F339AE" w:rsidRDefault="00F339AE">
            <w:pPr>
              <w:spacing w:after="0"/>
            </w:pPr>
          </w:p>
          <w:p w14:paraId="73EAACC2" w14:textId="77777777" w:rsidR="009B06CF" w:rsidRDefault="009B06CF">
            <w:pPr>
              <w:spacing w:after="0"/>
            </w:pPr>
          </w:p>
          <w:p w14:paraId="0CF2791A" w14:textId="77777777" w:rsidR="009B06CF" w:rsidRDefault="009B06CF">
            <w:pPr>
              <w:spacing w:after="0"/>
            </w:pPr>
          </w:p>
          <w:p w14:paraId="4D1CA034" w14:textId="77777777" w:rsidR="009B06CF" w:rsidRDefault="009B06CF">
            <w:pPr>
              <w:spacing w:after="0"/>
            </w:pPr>
          </w:p>
          <w:p w14:paraId="7F8CF64D" w14:textId="77777777" w:rsidR="004D2E6C" w:rsidRDefault="004D2E6C">
            <w:pPr>
              <w:spacing w:after="0"/>
            </w:pPr>
          </w:p>
          <w:p w14:paraId="5E3AC8D9" w14:textId="569838B7" w:rsidR="00BA1BB4" w:rsidRDefault="00000000">
            <w:pPr>
              <w:spacing w:after="0"/>
            </w:pPr>
            <w:r>
              <w:t>...................................</w:t>
            </w:r>
            <w:r>
              <w:br/>
            </w:r>
            <w:proofErr w:type="spellStart"/>
            <w:r w:rsidR="004D2E6C">
              <w:t>Bérlő</w:t>
            </w:r>
            <w:proofErr w:type="spellEnd"/>
            <w:r w:rsidR="004D2E6C">
              <w:t>/</w:t>
            </w:r>
            <w:r>
              <w:t>Lessee</w:t>
            </w:r>
          </w:p>
        </w:tc>
      </w:tr>
    </w:tbl>
    <w:p w14:paraId="54DCD2AF" w14:textId="77777777" w:rsidR="00B37472" w:rsidRDefault="00B37472"/>
    <w:sectPr w:rsidR="00B37472" w:rsidSect="00034616">
      <w:pgSz w:w="16838" w:h="11906"/>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284888502">
    <w:abstractNumId w:val="8"/>
  </w:num>
  <w:num w:numId="2" w16cid:durableId="1515459536">
    <w:abstractNumId w:val="6"/>
  </w:num>
  <w:num w:numId="3" w16cid:durableId="340551514">
    <w:abstractNumId w:val="5"/>
  </w:num>
  <w:num w:numId="4" w16cid:durableId="483744496">
    <w:abstractNumId w:val="4"/>
  </w:num>
  <w:num w:numId="5" w16cid:durableId="475800339">
    <w:abstractNumId w:val="7"/>
  </w:num>
  <w:num w:numId="6" w16cid:durableId="1166047125">
    <w:abstractNumId w:val="3"/>
  </w:num>
  <w:num w:numId="7" w16cid:durableId="1297684933">
    <w:abstractNumId w:val="2"/>
  </w:num>
  <w:num w:numId="8" w16cid:durableId="463547611">
    <w:abstractNumId w:val="1"/>
  </w:num>
  <w:num w:numId="9" w16cid:durableId="1824778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31C9"/>
    <w:rsid w:val="0015074B"/>
    <w:rsid w:val="001608C6"/>
    <w:rsid w:val="001B3A76"/>
    <w:rsid w:val="001E36F2"/>
    <w:rsid w:val="0029639D"/>
    <w:rsid w:val="002F2EFE"/>
    <w:rsid w:val="00326F90"/>
    <w:rsid w:val="0036330F"/>
    <w:rsid w:val="00391BEC"/>
    <w:rsid w:val="004035F1"/>
    <w:rsid w:val="00442AC9"/>
    <w:rsid w:val="004D2E6C"/>
    <w:rsid w:val="005B5710"/>
    <w:rsid w:val="006339EB"/>
    <w:rsid w:val="00642F65"/>
    <w:rsid w:val="006A5AAA"/>
    <w:rsid w:val="0076515A"/>
    <w:rsid w:val="0078256E"/>
    <w:rsid w:val="0088242F"/>
    <w:rsid w:val="008E476C"/>
    <w:rsid w:val="00900F85"/>
    <w:rsid w:val="00912929"/>
    <w:rsid w:val="009847BE"/>
    <w:rsid w:val="009B06CF"/>
    <w:rsid w:val="00AA1D8D"/>
    <w:rsid w:val="00B37472"/>
    <w:rsid w:val="00B47730"/>
    <w:rsid w:val="00BA1BB4"/>
    <w:rsid w:val="00C979CB"/>
    <w:rsid w:val="00CB0664"/>
    <w:rsid w:val="00D312E9"/>
    <w:rsid w:val="00F172AB"/>
    <w:rsid w:val="00F260AD"/>
    <w:rsid w:val="00F339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047701"/>
  <w14:defaultImageDpi w14:val="300"/>
  <w15:docId w15:val="{C7266C44-4DEC-B745-A1AD-B1C742ACD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rPr>
      <w:rFonts w:ascii="Times New Roman" w:eastAsia="Times New Roman" w:hAnsi="Times New Roman"/>
      <w:sz w:val="18"/>
    </w:rPr>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3476</Words>
  <Characters>23990</Characters>
  <Application>Microsoft Office Word</Application>
  <DocSecurity>0</DocSecurity>
  <Lines>199</Lines>
  <Paragraphs>54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27412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Peter NIETSCH</cp:lastModifiedBy>
  <cp:revision>2</cp:revision>
  <dcterms:created xsi:type="dcterms:W3CDTF">2026-09-29T12:02:00Z</dcterms:created>
  <dcterms:modified xsi:type="dcterms:W3CDTF">2026-09-29T12:02:00Z</dcterms:modified>
  <cp:category/>
</cp:coreProperties>
</file>